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B776B" w14:textId="0D940D04" w:rsidR="00FD26E1" w:rsidRDefault="00FD26E1" w:rsidP="00FD26E1">
      <w:pPr>
        <w:pStyle w:val="Ttulo2"/>
        <w:jc w:val="center"/>
        <w:rPr>
          <w:rFonts w:ascii="Times New Roman" w:hAnsi="Times New Roman" w:cs="Times New Roman"/>
          <w:color w:val="auto"/>
          <w:sz w:val="44"/>
          <w:szCs w:val="44"/>
          <w:lang w:val="es-ES"/>
        </w:rPr>
      </w:pPr>
    </w:p>
    <w:p w14:paraId="1B088813" w14:textId="0117F277" w:rsidR="00366B9B" w:rsidRPr="005472F1" w:rsidRDefault="00E57E38" w:rsidP="00FD26E1">
      <w:pPr>
        <w:pStyle w:val="Ttulo2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>
        <w:rPr>
          <w:rFonts w:ascii="Times New Roman" w:hAnsi="Times New Roman" w:cs="Times New Roman"/>
          <w:color w:val="auto"/>
          <w:sz w:val="44"/>
          <w:szCs w:val="44"/>
        </w:rPr>
        <w:t>SYMPOSIUM PROPOSAL</w:t>
      </w:r>
    </w:p>
    <w:p w14:paraId="67D0713F" w14:textId="2EAFDD51" w:rsidR="00C87543" w:rsidRPr="005472F1" w:rsidRDefault="006D5BBD" w:rsidP="006D5BBD">
      <w:pPr>
        <w:pStyle w:val="Ttulo2"/>
        <w:jc w:val="center"/>
        <w:rPr>
          <w:rFonts w:ascii="Times New Roman" w:hAnsi="Times New Roman" w:cs="Times New Roman"/>
          <w:sz w:val="28"/>
          <w:szCs w:val="28"/>
        </w:rPr>
      </w:pPr>
      <w:r w:rsidRPr="005349B6">
        <w:rPr>
          <w:rFonts w:ascii="Times New Roman" w:hAnsi="Times New Roman" w:cs="Times New Roman"/>
          <w:sz w:val="28"/>
          <w:szCs w:val="28"/>
        </w:rPr>
        <w:t xml:space="preserve">TITLE IN CAPITAL LETTERS SPANISH (MAXIMUM 25 WORDS) </w:t>
      </w:r>
    </w:p>
    <w:p w14:paraId="4F29F6FF" w14:textId="5ADC0C92" w:rsidR="00595A1D" w:rsidRDefault="00595A1D" w:rsidP="00595A1D">
      <w:pPr>
        <w:jc w:val="center"/>
        <w:rPr>
          <w:rFonts w:ascii="Times New Roman" w:hAnsi="Times New Roman" w:cs="Times New Roman"/>
          <w:color w:val="FF0000"/>
        </w:rPr>
      </w:pPr>
      <w:r w:rsidRPr="005349B6">
        <w:rPr>
          <w:rFonts w:ascii="Times New Roman" w:hAnsi="Times New Roman" w:cs="Times New Roman"/>
          <w:color w:val="FF0000"/>
        </w:rPr>
        <w:t>(Times New Roman 14, uppercase, blue, centered)</w:t>
      </w:r>
      <w:bookmarkStart w:id="1" w:name="_Hlk193803759"/>
      <w:bookmarkEnd w:id="1"/>
    </w:p>
    <w:p w14:paraId="68C94BA6" w14:textId="77777777" w:rsidR="00595A1D" w:rsidRPr="00E57E38" w:rsidRDefault="00595A1D" w:rsidP="00595A1D">
      <w:pPr>
        <w:jc w:val="center"/>
        <w:rPr>
          <w:rFonts w:ascii="Times New Roman" w:hAnsi="Times New Roman" w:cs="Times New Roman"/>
          <w:color w:val="FF0000"/>
        </w:rPr>
      </w:pPr>
    </w:p>
    <w:p w14:paraId="602679FD" w14:textId="46767AF8" w:rsidR="00C87543" w:rsidRPr="005472F1" w:rsidRDefault="00E57E38" w:rsidP="00595A1D">
      <w:pPr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Coordinator:</w:t>
      </w:r>
    </w:p>
    <w:p w14:paraId="3F22D778" w14:textId="299D2177" w:rsidR="00C87543" w:rsidRPr="005472F1" w:rsidRDefault="00A138AA" w:rsidP="00595A1D">
      <w:pPr>
        <w:jc w:val="center"/>
        <w:rPr>
          <w:rFonts w:ascii="Times New Roman" w:hAnsi="Times New Roman" w:cs="Times New Roman"/>
        </w:rPr>
      </w:pPr>
      <w:r w:rsidRPr="005349B6">
        <w:rPr>
          <w:rFonts w:ascii="Times New Roman" w:hAnsi="Times New Roman" w:cs="Times New Roman"/>
          <w:sz w:val="24"/>
          <w:szCs w:val="24"/>
        </w:rPr>
        <w:t>Surname, First Name1</w:t>
      </w:r>
      <w:r w:rsidR="00595A1D" w:rsidRPr="005349B6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3E82F2CC" w14:textId="77777777" w:rsidR="00C87543" w:rsidRPr="005472F1" w:rsidRDefault="00A138AA" w:rsidP="00595A1D">
      <w:pPr>
        <w:jc w:val="center"/>
        <w:rPr>
          <w:rFonts w:ascii="Times New Roman" w:hAnsi="Times New Roman" w:cs="Times New Roman"/>
          <w:color w:val="FF0000"/>
        </w:rPr>
      </w:pPr>
      <w:r w:rsidRPr="005349B6">
        <w:rPr>
          <w:rFonts w:ascii="Times New Roman" w:hAnsi="Times New Roman" w:cs="Times New Roman"/>
          <w:color w:val="FF0000"/>
        </w:rPr>
        <w:t>Affiliations</w:t>
      </w:r>
    </w:p>
    <w:p w14:paraId="40A94A7C" w14:textId="763D65D9" w:rsidR="00C87543" w:rsidRPr="005472F1" w:rsidRDefault="00595A1D" w:rsidP="00595A1D">
      <w:pPr>
        <w:jc w:val="center"/>
        <w:rPr>
          <w:rFonts w:ascii="Times New Roman" w:hAnsi="Times New Roman" w:cs="Times New Roman"/>
          <w:sz w:val="24"/>
          <w:szCs w:val="24"/>
        </w:rPr>
      </w:pPr>
      <w:r w:rsidRPr="005349B6">
        <w:rPr>
          <w:rFonts w:ascii="Times New Roman" w:hAnsi="Times New Roman" w:cs="Times New Roman"/>
          <w:sz w:val="24"/>
          <w:szCs w:val="24"/>
          <w:vertAlign w:val="superscript"/>
        </w:rPr>
        <w:t>1ORCID and University/Institution, email</w:t>
      </w:r>
    </w:p>
    <w:p w14:paraId="5448C692" w14:textId="77777777" w:rsidR="00595A1D" w:rsidRPr="005472F1" w:rsidRDefault="00595A1D" w:rsidP="00595A1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alibri" w:hAnsi="Times New Roman" w:cs="Times New Roman"/>
          <w:color w:val="000000"/>
        </w:rPr>
      </w:pPr>
    </w:p>
    <w:p w14:paraId="4F461584" w14:textId="77777777" w:rsidR="00595A1D" w:rsidRPr="002A4A2C" w:rsidRDefault="00595A1D" w:rsidP="00595A1D">
      <w:pPr>
        <w:pStyle w:val="Ttulo2"/>
        <w:rPr>
          <w:rFonts w:ascii="Times New Roman" w:hAnsi="Times New Roman" w:cs="Times New Roman"/>
          <w:sz w:val="24"/>
          <w:szCs w:val="24"/>
        </w:rPr>
      </w:pPr>
      <w:r w:rsidRPr="005349B6">
        <w:rPr>
          <w:rFonts w:ascii="Times New Roman" w:hAnsi="Times New Roman" w:cs="Times New Roman"/>
          <w:sz w:val="24"/>
          <w:szCs w:val="24"/>
        </w:rPr>
        <w:t>THEMATIC LINE</w:t>
      </w:r>
    </w:p>
    <w:p w14:paraId="4EB45573" w14:textId="626FA48D" w:rsidR="00595A1D" w:rsidRPr="005472F1" w:rsidRDefault="00595A1D" w:rsidP="00595A1D">
      <w:pPr>
        <w:rPr>
          <w:rFonts w:ascii="Times New Roman" w:hAnsi="Times New Roman" w:cs="Times New Roman"/>
          <w:sz w:val="24"/>
          <w:szCs w:val="24"/>
        </w:rPr>
      </w:pPr>
      <w:r w:rsidRPr="005349B6">
        <w:rPr>
          <w:rFonts w:ascii="Times New Roman" w:hAnsi="Times New Roman" w:cs="Times New Roman"/>
          <w:sz w:val="24"/>
          <w:szCs w:val="24"/>
        </w:rPr>
        <w:t>[ ] Early Childhood Education Teacher Training (CDD)</w:t>
      </w:r>
    </w:p>
    <w:p w14:paraId="65176B65" w14:textId="77777777" w:rsidR="004C79D7" w:rsidRPr="005472F1" w:rsidRDefault="00595A1D" w:rsidP="00595A1D">
      <w:pPr>
        <w:rPr>
          <w:rFonts w:ascii="Times New Roman" w:hAnsi="Times New Roman" w:cs="Times New Roman"/>
          <w:sz w:val="24"/>
          <w:szCs w:val="24"/>
        </w:rPr>
      </w:pPr>
      <w:r w:rsidRPr="005349B6">
        <w:rPr>
          <w:rFonts w:ascii="Times New Roman" w:hAnsi="Times New Roman" w:cs="Times New Roman"/>
          <w:sz w:val="24"/>
          <w:szCs w:val="24"/>
        </w:rPr>
        <w:t xml:space="preserve">[ ] Technologies in non-school contexts (home, family, hospital classrooms, NGOs, ...) </w:t>
      </w:r>
    </w:p>
    <w:p w14:paraId="459EDC09" w14:textId="2283A9E6" w:rsidR="00595A1D" w:rsidRPr="005472F1" w:rsidRDefault="00595A1D" w:rsidP="00595A1D">
      <w:pPr>
        <w:rPr>
          <w:rFonts w:ascii="Times New Roman" w:hAnsi="Times New Roman" w:cs="Times New Roman"/>
          <w:sz w:val="24"/>
          <w:szCs w:val="24"/>
        </w:rPr>
      </w:pPr>
      <w:r w:rsidRPr="005349B6">
        <w:rPr>
          <w:rFonts w:ascii="Times New Roman" w:hAnsi="Times New Roman" w:cs="Times New Roman"/>
          <w:sz w:val="24"/>
          <w:szCs w:val="24"/>
        </w:rPr>
        <w:t>[ ] Educational innovations with technologies in Early Childhood Education</w:t>
      </w:r>
    </w:p>
    <w:p w14:paraId="7A6C2433" w14:textId="0C0422D8" w:rsidR="00595A1D" w:rsidRPr="005472F1" w:rsidRDefault="00595A1D" w:rsidP="00595A1D">
      <w:pPr>
        <w:rPr>
          <w:rFonts w:ascii="Times New Roman" w:hAnsi="Times New Roman" w:cs="Times New Roman"/>
          <w:sz w:val="24"/>
          <w:szCs w:val="24"/>
        </w:rPr>
      </w:pPr>
      <w:r w:rsidRPr="005349B6">
        <w:rPr>
          <w:rFonts w:ascii="Times New Roman" w:hAnsi="Times New Roman" w:cs="Times New Roman"/>
          <w:sz w:val="24"/>
          <w:szCs w:val="24"/>
        </w:rPr>
        <w:t>[ ] Emerging Technologies and Resource Design in Early Childhood</w:t>
      </w:r>
    </w:p>
    <w:p w14:paraId="6B07B80B" w14:textId="0137ED6F" w:rsidR="0028109A" w:rsidRPr="005472F1" w:rsidRDefault="0018316F" w:rsidP="0018316F">
      <w:pPr>
        <w:rPr>
          <w:rFonts w:ascii="Times New Roman" w:hAnsi="Times New Roman" w:cs="Times New Roman"/>
        </w:rPr>
      </w:pPr>
      <w:r w:rsidRPr="0018316F">
        <w:rPr>
          <w:rFonts w:ascii="Times New Roman" w:hAnsi="Times New Roman" w:cs="Times New Roman"/>
        </w:rPr>
        <w:t>[ ] Ethics and Digital Safety in Early Childhood</w:t>
      </w:r>
    </w:p>
    <w:p w14:paraId="6B66484F" w14:textId="77777777" w:rsidR="00366B9B" w:rsidRPr="005472F1" w:rsidRDefault="00366B9B" w:rsidP="00595A1D">
      <w:pPr>
        <w:jc w:val="center"/>
        <w:rPr>
          <w:rFonts w:ascii="Times New Roman" w:hAnsi="Times New Roman" w:cs="Times New Roman"/>
        </w:rPr>
      </w:pPr>
    </w:p>
    <w:p w14:paraId="2CE949B6" w14:textId="77777777" w:rsidR="00366B9B" w:rsidRPr="005472F1" w:rsidRDefault="00366B9B" w:rsidP="00595A1D">
      <w:pPr>
        <w:jc w:val="center"/>
        <w:rPr>
          <w:rFonts w:ascii="Times New Roman" w:hAnsi="Times New Roman" w:cs="Times New Roman"/>
        </w:rPr>
      </w:pPr>
    </w:p>
    <w:p w14:paraId="2804A254" w14:textId="77777777" w:rsidR="002C3181" w:rsidRPr="005472F1" w:rsidRDefault="002C3181" w:rsidP="00595A1D">
      <w:pPr>
        <w:jc w:val="center"/>
        <w:rPr>
          <w:rFonts w:ascii="Times New Roman" w:hAnsi="Times New Roman" w:cs="Times New Roman"/>
        </w:rPr>
      </w:pPr>
    </w:p>
    <w:p w14:paraId="0CE626BA" w14:textId="77777777" w:rsidR="00235E4D" w:rsidRPr="005472F1" w:rsidRDefault="00235E4D" w:rsidP="00595A1D">
      <w:pPr>
        <w:jc w:val="center"/>
        <w:rPr>
          <w:rFonts w:ascii="Times New Roman" w:hAnsi="Times New Roman" w:cs="Times New Roman"/>
        </w:rPr>
      </w:pPr>
    </w:p>
    <w:p w14:paraId="5314BF70" w14:textId="77777777" w:rsidR="008117B7" w:rsidRPr="005472F1" w:rsidRDefault="008117B7" w:rsidP="00595A1D">
      <w:pPr>
        <w:jc w:val="center"/>
        <w:rPr>
          <w:rFonts w:ascii="Times New Roman" w:hAnsi="Times New Roman" w:cs="Times New Roman"/>
        </w:rPr>
      </w:pPr>
    </w:p>
    <w:p w14:paraId="68CD973F" w14:textId="77777777" w:rsidR="008117B7" w:rsidRPr="005472F1" w:rsidRDefault="008117B7" w:rsidP="00595A1D">
      <w:pPr>
        <w:jc w:val="center"/>
        <w:rPr>
          <w:rFonts w:ascii="Times New Roman" w:hAnsi="Times New Roman" w:cs="Times New Roman"/>
        </w:rPr>
      </w:pPr>
    </w:p>
    <w:p w14:paraId="65C6FF5A" w14:textId="77777777" w:rsidR="00235E4D" w:rsidRPr="005472F1" w:rsidRDefault="00235E4D" w:rsidP="00595A1D">
      <w:pPr>
        <w:jc w:val="center"/>
        <w:rPr>
          <w:rFonts w:ascii="Times New Roman" w:hAnsi="Times New Roman" w:cs="Times New Roman"/>
        </w:rPr>
      </w:pPr>
    </w:p>
    <w:p w14:paraId="76B78C39" w14:textId="77777777" w:rsidR="00235E4D" w:rsidRPr="005472F1" w:rsidRDefault="00235E4D" w:rsidP="00595A1D">
      <w:pPr>
        <w:jc w:val="center"/>
        <w:rPr>
          <w:rFonts w:ascii="Times New Roman" w:hAnsi="Times New Roman" w:cs="Times New Roman"/>
        </w:rPr>
      </w:pPr>
    </w:p>
    <w:p w14:paraId="3F8094D2" w14:textId="74EF9535" w:rsidR="00417734" w:rsidRPr="005472F1" w:rsidRDefault="00417734" w:rsidP="00417734">
      <w:pPr>
        <w:pStyle w:val="Ttulo2"/>
        <w:rPr>
          <w:rFonts w:ascii="Times New Roman" w:hAnsi="Times New Roman" w:cs="Times New Roman"/>
          <w:color w:val="FF0000"/>
          <w:sz w:val="24"/>
          <w:szCs w:val="24"/>
        </w:rPr>
      </w:pPr>
      <w:r w:rsidRPr="00655C2A">
        <w:rPr>
          <w:rFonts w:ascii="Times New Roman" w:hAnsi="Times New Roman" w:cs="Times New Roman"/>
          <w:color w:val="FF0000"/>
          <w:sz w:val="24"/>
          <w:szCs w:val="24"/>
        </w:rPr>
        <w:lastRenderedPageBreak/>
        <w:t>OBSERVATIONS AND PRESENTATION RULES</w:t>
      </w:r>
    </w:p>
    <w:p w14:paraId="42DA04D2" w14:textId="7116E7C1" w:rsidR="00417734" w:rsidRPr="005472F1" w:rsidRDefault="00417734" w:rsidP="0041773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55C2A">
        <w:rPr>
          <w:rFonts w:ascii="Times New Roman" w:hAnsi="Times New Roman" w:cs="Times New Roman"/>
          <w:color w:val="FF0000"/>
          <w:sz w:val="24"/>
          <w:szCs w:val="24"/>
        </w:rPr>
        <w:t>-Length: MAXIMUM 500 WORDS</w:t>
      </w:r>
    </w:p>
    <w:p w14:paraId="40F7BF89" w14:textId="77777777" w:rsidR="00417734" w:rsidRPr="005472F1" w:rsidRDefault="00417734" w:rsidP="0041773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55C2A">
        <w:rPr>
          <w:rFonts w:ascii="Times New Roman" w:hAnsi="Times New Roman" w:cs="Times New Roman"/>
          <w:color w:val="FF0000"/>
          <w:sz w:val="24"/>
          <w:szCs w:val="24"/>
        </w:rPr>
        <w:t>-Clear writing, without spelling or grammatical errors.</w:t>
      </w:r>
    </w:p>
    <w:p w14:paraId="64C55079" w14:textId="77777777" w:rsidR="00417734" w:rsidRPr="005472F1" w:rsidRDefault="00417734" w:rsidP="0041773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55C2A">
        <w:rPr>
          <w:rFonts w:ascii="Times New Roman" w:hAnsi="Times New Roman" w:cs="Times New Roman"/>
          <w:color w:val="FF0000"/>
          <w:sz w:val="24"/>
          <w:szCs w:val="24"/>
        </w:rPr>
        <w:t>-Do not include a header or footer.</w:t>
      </w:r>
    </w:p>
    <w:p w14:paraId="00AD2E0B" w14:textId="77777777" w:rsidR="00417734" w:rsidRPr="005472F1" w:rsidRDefault="00417734" w:rsidP="0041773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55C2A">
        <w:rPr>
          <w:rFonts w:ascii="Times New Roman" w:hAnsi="Times New Roman" w:cs="Times New Roman"/>
          <w:color w:val="FF0000"/>
          <w:sz w:val="24"/>
          <w:szCs w:val="24"/>
        </w:rPr>
        <w:t>- The text in red should be deleted</w:t>
      </w:r>
    </w:p>
    <w:p w14:paraId="23B3B810" w14:textId="77777777" w:rsidR="00417734" w:rsidRPr="005472F1" w:rsidRDefault="00417734" w:rsidP="00417734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55C2A">
        <w:rPr>
          <w:rFonts w:ascii="Times New Roman" w:hAnsi="Times New Roman" w:cs="Times New Roman"/>
          <w:color w:val="FF0000"/>
          <w:sz w:val="24"/>
          <w:szCs w:val="24"/>
        </w:rPr>
        <w:t xml:space="preserve">-Between paragraph and paragraph there must be a separation. </w:t>
      </w:r>
    </w:p>
    <w:p w14:paraId="71A5E718" w14:textId="2BD7321D" w:rsidR="00ED7E9F" w:rsidRPr="005472F1" w:rsidRDefault="00ED7E9F" w:rsidP="00417734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-Add between 3 - 5 symposium keywords</w:t>
      </w:r>
    </w:p>
    <w:p w14:paraId="0F8008DF" w14:textId="77777777" w:rsidR="00D272BA" w:rsidRPr="005472F1" w:rsidRDefault="00D272BA" w:rsidP="00595A1D">
      <w:pPr>
        <w:jc w:val="center"/>
        <w:rPr>
          <w:rFonts w:ascii="Times New Roman" w:hAnsi="Times New Roman" w:cs="Times New Roman"/>
        </w:rPr>
      </w:pPr>
    </w:p>
    <w:p w14:paraId="4D21660C" w14:textId="05E9BF65" w:rsidR="00D272BA" w:rsidRPr="005472F1" w:rsidRDefault="00D272BA" w:rsidP="00D272BA">
      <w:pPr>
        <w:pStyle w:val="Ttulo2"/>
        <w:rPr>
          <w:rFonts w:ascii="Times New Roman" w:hAnsi="Times New Roman" w:cs="Times New Roman"/>
          <w:sz w:val="24"/>
          <w:szCs w:val="24"/>
        </w:rPr>
      </w:pPr>
      <w:r w:rsidRPr="005349B6">
        <w:rPr>
          <w:rFonts w:ascii="Times New Roman" w:hAnsi="Times New Roman" w:cs="Times New Roman"/>
          <w:sz w:val="24"/>
          <w:szCs w:val="24"/>
        </w:rPr>
        <w:t>ABSTRACT (500 WORDS MAX.)</w:t>
      </w:r>
    </w:p>
    <w:p w14:paraId="1554B686" w14:textId="77777777" w:rsidR="00D272BA" w:rsidRPr="005472F1" w:rsidRDefault="00D272BA" w:rsidP="00D272BA">
      <w:pPr>
        <w:rPr>
          <w:rFonts w:ascii="Times New Roman" w:hAnsi="Times New Roman" w:cs="Times New Roman"/>
          <w:sz w:val="24"/>
          <w:szCs w:val="24"/>
        </w:rPr>
      </w:pPr>
      <w:r w:rsidRPr="005349B6">
        <w:rPr>
          <w:rFonts w:ascii="Times New Roman" w:hAnsi="Times New Roman" w:cs="Times New Roman"/>
          <w:sz w:val="24"/>
          <w:szCs w:val="24"/>
        </w:rPr>
        <w:t>It should follow the IMRC structure: Introduction (I), Method (M), Results (R), and Conclusion (C)</w:t>
      </w:r>
    </w:p>
    <w:p w14:paraId="4B3A2FE9" w14:textId="2AA16B09" w:rsidR="00595A1D" w:rsidRPr="00B84782" w:rsidRDefault="00D272BA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349B6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5349B6">
        <w:rPr>
          <w:rFonts w:ascii="Times New Roman" w:hAnsi="Times New Roman" w:cs="Times New Roman"/>
          <w:sz w:val="24"/>
          <w:szCs w:val="24"/>
        </w:rPr>
        <w:t xml:space="preserve"> (between 3 and 5 keywords).</w:t>
      </w:r>
    </w:p>
    <w:sectPr w:rsidR="00595A1D" w:rsidRPr="00B84782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C7C24" w14:textId="77777777" w:rsidR="007F0F15" w:rsidRDefault="007F0F15" w:rsidP="006D5BBD">
      <w:pPr>
        <w:spacing w:after="0" w:line="240" w:lineRule="auto"/>
      </w:pPr>
      <w:r>
        <w:separator/>
      </w:r>
    </w:p>
  </w:endnote>
  <w:endnote w:type="continuationSeparator" w:id="0">
    <w:p w14:paraId="29A9A257" w14:textId="77777777" w:rsidR="007F0F15" w:rsidRDefault="007F0F15" w:rsidP="006D5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7F1AA" w14:textId="77777777" w:rsidR="004D59C0" w:rsidRDefault="004D59C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69DB" w14:textId="77777777" w:rsidR="004D59C0" w:rsidRDefault="004D59C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9011" w14:textId="77777777" w:rsidR="004D59C0" w:rsidRDefault="004D59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3D001" w14:textId="77777777" w:rsidR="007F0F15" w:rsidRDefault="007F0F15" w:rsidP="006D5BBD">
      <w:pPr>
        <w:spacing w:after="0" w:line="240" w:lineRule="auto"/>
      </w:pPr>
      <w:bookmarkStart w:id="0" w:name="_Hlk212630221"/>
      <w:bookmarkEnd w:id="0"/>
      <w:r>
        <w:separator/>
      </w:r>
    </w:p>
  </w:footnote>
  <w:footnote w:type="continuationSeparator" w:id="0">
    <w:p w14:paraId="1A1F3E69" w14:textId="77777777" w:rsidR="007F0F15" w:rsidRDefault="007F0F15" w:rsidP="006D5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C3232" w14:textId="77777777" w:rsidR="004D59C0" w:rsidRDefault="004D59C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4C426" w14:textId="77777777" w:rsidR="005472F1" w:rsidRPr="005472F1" w:rsidRDefault="005A2697" w:rsidP="005472F1">
    <w:pPr>
      <w:pStyle w:val="Encabezado"/>
      <w:jc w:val="center"/>
      <w:rPr>
        <w:rFonts w:ascii="Times New Roman" w:hAnsi="Times New Roman" w:cs="Times New Roman"/>
        <w:b/>
        <w:bCs/>
        <w:sz w:val="24"/>
        <w:szCs w:val="24"/>
        <w:lang w:val="es-ES"/>
      </w:rPr>
    </w:pPr>
    <w:r w:rsidRPr="005A2697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 wp14:anchorId="065828B3" wp14:editId="4E2B2C2F">
          <wp:simplePos x="0" y="0"/>
          <wp:positionH relativeFrom="margin">
            <wp:posOffset>-1037250</wp:posOffset>
          </wp:positionH>
          <wp:positionV relativeFrom="paragraph">
            <wp:posOffset>-2540</wp:posOffset>
          </wp:positionV>
          <wp:extent cx="871855" cy="454660"/>
          <wp:effectExtent l="0" t="0" r="4445" b="2540"/>
          <wp:wrapSquare wrapText="bothSides"/>
          <wp:docPr id="297005081" name="Imagen 1" descr="A cartoon with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005081" name="Imagen 1" descr="Un dibujo animado con letras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454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2697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114300" distR="114300" simplePos="0" relativeHeight="251661824" behindDoc="1" locked="0" layoutInCell="1" allowOverlap="1" wp14:anchorId="1BFD223B" wp14:editId="571F66A1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760906" cy="1041991"/>
          <wp:effectExtent l="0" t="0" r="0" b="6350"/>
          <wp:wrapNone/>
          <wp:docPr id="54233107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073" cy="1051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8AC" w:rsidRPr="005472F1">
      <w:rPr>
        <w:rFonts w:ascii="Times New Roman" w:hAnsi="Times New Roman" w:cs="Times New Roman"/>
        <w:b/>
        <w:bCs/>
        <w:sz w:val="24"/>
        <w:szCs w:val="24"/>
        <w:lang w:val="es-ES"/>
      </w:rPr>
      <w:t xml:space="preserve">IV </w:t>
    </w:r>
    <w:r w:rsidR="005472F1" w:rsidRPr="005472F1">
      <w:rPr>
        <w:rFonts w:ascii="Times New Roman" w:hAnsi="Times New Roman" w:cs="Times New Roman"/>
        <w:b/>
        <w:bCs/>
        <w:sz w:val="24"/>
        <w:szCs w:val="24"/>
        <w:lang w:val="es-ES"/>
      </w:rPr>
      <w:t>CONGRESO INTERNACIONAL DE INNOVACIÓN Y TECNOLOGÍA EDUCATIVA EN EDUCACIÓN INFANTIL</w:t>
    </w:r>
  </w:p>
  <w:p w14:paraId="40AF4A51" w14:textId="68B3B5F0" w:rsidR="006D5BBD" w:rsidRPr="005A2697" w:rsidRDefault="005472F1" w:rsidP="005472F1">
    <w:pPr>
      <w:pStyle w:val="Encabezado"/>
      <w:jc w:val="center"/>
      <w:rPr>
        <w:rFonts w:ascii="Times New Roman" w:hAnsi="Times New Roman" w:cs="Times New Roman"/>
        <w:lang w:val="es-ES"/>
      </w:rPr>
    </w:pPr>
    <w:r w:rsidRPr="005472F1">
      <w:rPr>
        <w:rFonts w:ascii="Times New Roman" w:hAnsi="Times New Roman" w:cs="Times New Roman"/>
        <w:b/>
        <w:bCs/>
        <w:sz w:val="24"/>
        <w:szCs w:val="24"/>
      </w:rPr>
      <w:t>CITEI´2</w:t>
    </w:r>
    <w:r w:rsidR="002A4A2C">
      <w:rPr>
        <w:rFonts w:ascii="Times New Roman" w:hAnsi="Times New Roman" w:cs="Times New Roman"/>
        <w:b/>
        <w:bCs/>
        <w:sz w:val="24"/>
        <w:szCs w:val="24"/>
      </w:rPr>
      <w:t>026</w:t>
    </w:r>
    <w:r w:rsidRPr="005472F1">
      <w:rPr>
        <w:rFonts w:ascii="Times New Roman" w:hAnsi="Times New Roman" w:cs="Times New Roman"/>
        <w:b/>
        <w:bCs/>
        <w:sz w:val="24"/>
        <w:szCs w:val="24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875F6" w14:textId="77777777" w:rsidR="004D59C0" w:rsidRDefault="004D59C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7148215">
    <w:abstractNumId w:val="8"/>
  </w:num>
  <w:num w:numId="2" w16cid:durableId="550655561">
    <w:abstractNumId w:val="6"/>
  </w:num>
  <w:num w:numId="3" w16cid:durableId="1257637321">
    <w:abstractNumId w:val="5"/>
  </w:num>
  <w:num w:numId="4" w16cid:durableId="624434157">
    <w:abstractNumId w:val="4"/>
  </w:num>
  <w:num w:numId="5" w16cid:durableId="2042046270">
    <w:abstractNumId w:val="7"/>
  </w:num>
  <w:num w:numId="6" w16cid:durableId="1352339149">
    <w:abstractNumId w:val="3"/>
  </w:num>
  <w:num w:numId="7" w16cid:durableId="1653829632">
    <w:abstractNumId w:val="2"/>
  </w:num>
  <w:num w:numId="8" w16cid:durableId="559485595">
    <w:abstractNumId w:val="1"/>
  </w:num>
  <w:num w:numId="9" w16cid:durableId="580794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tyleGuidePreference" w:val="-1"/>
    <w:docVar w:name="TrinkaDocId" w:val="f8d5e397-d25e-4aaa-99d1-39f2ac4b2b9e"/>
  </w:docVars>
  <w:rsids>
    <w:rsidRoot w:val="00B47730"/>
    <w:rsid w:val="00034616"/>
    <w:rsid w:val="0006063C"/>
    <w:rsid w:val="00065E5B"/>
    <w:rsid w:val="000B02F5"/>
    <w:rsid w:val="0015074B"/>
    <w:rsid w:val="0018316F"/>
    <w:rsid w:val="001918A5"/>
    <w:rsid w:val="002070E3"/>
    <w:rsid w:val="002273EF"/>
    <w:rsid w:val="00235E4D"/>
    <w:rsid w:val="00281081"/>
    <w:rsid w:val="0028109A"/>
    <w:rsid w:val="0029639D"/>
    <w:rsid w:val="002A4A2C"/>
    <w:rsid w:val="002C3181"/>
    <w:rsid w:val="00310608"/>
    <w:rsid w:val="00326F90"/>
    <w:rsid w:val="00366B9B"/>
    <w:rsid w:val="003B3E0A"/>
    <w:rsid w:val="00417734"/>
    <w:rsid w:val="00453411"/>
    <w:rsid w:val="00467030"/>
    <w:rsid w:val="004915CE"/>
    <w:rsid w:val="004C79D7"/>
    <w:rsid w:val="004D59C0"/>
    <w:rsid w:val="005349B6"/>
    <w:rsid w:val="005472F1"/>
    <w:rsid w:val="00550EAF"/>
    <w:rsid w:val="00572CCE"/>
    <w:rsid w:val="00595A1D"/>
    <w:rsid w:val="005A2697"/>
    <w:rsid w:val="00655C2A"/>
    <w:rsid w:val="00656D6D"/>
    <w:rsid w:val="006D5BBD"/>
    <w:rsid w:val="007F0F15"/>
    <w:rsid w:val="008117B7"/>
    <w:rsid w:val="00943B47"/>
    <w:rsid w:val="00A01494"/>
    <w:rsid w:val="00A138AA"/>
    <w:rsid w:val="00AA1D8D"/>
    <w:rsid w:val="00B47730"/>
    <w:rsid w:val="00B53F92"/>
    <w:rsid w:val="00B84782"/>
    <w:rsid w:val="00BA25B5"/>
    <w:rsid w:val="00BD00A2"/>
    <w:rsid w:val="00C663C7"/>
    <w:rsid w:val="00C72AD6"/>
    <w:rsid w:val="00C87543"/>
    <w:rsid w:val="00CA3D12"/>
    <w:rsid w:val="00CB0664"/>
    <w:rsid w:val="00CD5C25"/>
    <w:rsid w:val="00D107F1"/>
    <w:rsid w:val="00D272BA"/>
    <w:rsid w:val="00D467B1"/>
    <w:rsid w:val="00D6414B"/>
    <w:rsid w:val="00E57E38"/>
    <w:rsid w:val="00E6054F"/>
    <w:rsid w:val="00ED32D5"/>
    <w:rsid w:val="00ED7E9F"/>
    <w:rsid w:val="00F038AC"/>
    <w:rsid w:val="00F51A3D"/>
    <w:rsid w:val="00FC693F"/>
    <w:rsid w:val="00FD26E1"/>
    <w:rsid w:val="00FD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2C72DF"/>
  <w14:defaultImageDpi w14:val="300"/>
  <w15:docId w15:val="{9D1947CC-622A-4EDE-A11A-CB641026D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5349B6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5472F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147</Words>
  <Characters>872</Characters>
  <Application>Microsoft Office Word</Application>
  <DocSecurity>0</DocSecurity>
  <Lines>29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ANTONIO LEON GARRIDO</cp:lastModifiedBy>
  <cp:revision>2</cp:revision>
  <dcterms:created xsi:type="dcterms:W3CDTF">2013-12-23T23:15:00Z</dcterms:created>
  <dcterms:modified xsi:type="dcterms:W3CDTF">2025-11-03T16:54:00Z</dcterms:modified>
  <cp:category/>
</cp:coreProperties>
</file>