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B776B" w14:textId="77777777" w:rsidR="00FD26E1" w:rsidRDefault="00FD26E1" w:rsidP="00FD26E1">
      <w:pPr>
        <w:pStyle w:val="Ttulo2"/>
        <w:jc w:val="center"/>
        <w:rPr>
          <w:rFonts w:ascii="Times New Roman" w:hAnsi="Times New Roman" w:cs="Times New Roman"/>
          <w:color w:val="auto"/>
          <w:sz w:val="44"/>
          <w:szCs w:val="44"/>
          <w:lang w:val="es-ES"/>
        </w:rPr>
      </w:pPr>
    </w:p>
    <w:p w14:paraId="1B088813" w14:textId="0117F277" w:rsidR="00366B9B" w:rsidRPr="00FD26E1" w:rsidRDefault="00E57E38" w:rsidP="00FD26E1">
      <w:pPr>
        <w:pStyle w:val="Ttulo2"/>
        <w:jc w:val="center"/>
        <w:rPr>
          <w:rFonts w:ascii="Times New Roman" w:hAnsi="Times New Roman" w:cs="Times New Roman"/>
          <w:color w:val="auto"/>
          <w:sz w:val="44"/>
          <w:szCs w:val="44"/>
          <w:lang w:val="es-ES"/>
        </w:rPr>
      </w:pPr>
      <w:r>
        <w:rPr>
          <w:rFonts w:ascii="Times New Roman" w:hAnsi="Times New Roman" w:cs="Times New Roman"/>
          <w:color w:val="auto"/>
          <w:sz w:val="44"/>
          <w:szCs w:val="44"/>
          <w:lang w:val="es-ES"/>
        </w:rPr>
        <w:t>PROPUESTA SIMPOSIO</w:t>
      </w:r>
    </w:p>
    <w:p w14:paraId="67D0713F" w14:textId="2EAFDD51" w:rsidR="00C87543" w:rsidRPr="005349B6" w:rsidRDefault="006D5BBD" w:rsidP="006D5BBD">
      <w:pPr>
        <w:pStyle w:val="Ttulo2"/>
        <w:jc w:val="center"/>
        <w:rPr>
          <w:rFonts w:ascii="Times New Roman" w:hAnsi="Times New Roman" w:cs="Times New Roman"/>
          <w:sz w:val="28"/>
          <w:szCs w:val="28"/>
          <w:lang w:val="es-ES"/>
        </w:rPr>
      </w:pPr>
      <w:r w:rsidRPr="005349B6">
        <w:rPr>
          <w:rFonts w:ascii="Times New Roman" w:hAnsi="Times New Roman" w:cs="Times New Roman"/>
          <w:sz w:val="28"/>
          <w:szCs w:val="28"/>
          <w:lang w:val="es-ES"/>
        </w:rPr>
        <w:t>TÍTULO EN MAYÚSCULAS</w:t>
      </w:r>
      <w:r w:rsidR="00467030">
        <w:rPr>
          <w:rFonts w:ascii="Times New Roman" w:hAnsi="Times New Roman" w:cs="Times New Roman"/>
          <w:sz w:val="28"/>
          <w:szCs w:val="28"/>
          <w:lang w:val="es-ES"/>
        </w:rPr>
        <w:t xml:space="preserve"> ESPAÑOL</w:t>
      </w:r>
      <w:r w:rsidR="00B84782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Pr="005349B6">
        <w:rPr>
          <w:rFonts w:ascii="Times New Roman" w:hAnsi="Times New Roman" w:cs="Times New Roman"/>
          <w:sz w:val="28"/>
          <w:szCs w:val="28"/>
          <w:lang w:val="es-ES"/>
        </w:rPr>
        <w:t>(MÁXIMO 25 PALABRAS)</w:t>
      </w:r>
      <w:r w:rsidR="00281081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</w:p>
    <w:p w14:paraId="4F29F6FF" w14:textId="5ADC0C92" w:rsidR="00595A1D" w:rsidRDefault="00595A1D" w:rsidP="00595A1D">
      <w:pPr>
        <w:jc w:val="center"/>
        <w:rPr>
          <w:rFonts w:ascii="Times New Roman" w:hAnsi="Times New Roman" w:cs="Times New Roman"/>
          <w:color w:val="FF0000"/>
        </w:rPr>
      </w:pPr>
      <w:r w:rsidRPr="005349B6">
        <w:rPr>
          <w:rFonts w:ascii="Times New Roman" w:hAnsi="Times New Roman" w:cs="Times New Roman"/>
          <w:color w:val="FF0000"/>
        </w:rPr>
        <w:t>(</w:t>
      </w:r>
      <w:bookmarkStart w:id="1" w:name="_Hlk193803759"/>
      <w:r w:rsidRPr="005349B6">
        <w:rPr>
          <w:rFonts w:ascii="Times New Roman" w:hAnsi="Times New Roman" w:cs="Times New Roman"/>
          <w:color w:val="FF0000"/>
        </w:rPr>
        <w:t xml:space="preserve">Times New Roman </w:t>
      </w:r>
      <w:bookmarkEnd w:id="1"/>
      <w:r w:rsidRPr="005349B6">
        <w:rPr>
          <w:rFonts w:ascii="Times New Roman" w:hAnsi="Times New Roman" w:cs="Times New Roman"/>
          <w:color w:val="FF0000"/>
        </w:rPr>
        <w:t>14, mayúscula, azul, centrado)</w:t>
      </w:r>
    </w:p>
    <w:p w14:paraId="68C94BA6" w14:textId="77777777" w:rsidR="00595A1D" w:rsidRPr="00E57E38" w:rsidRDefault="00595A1D" w:rsidP="00595A1D">
      <w:pPr>
        <w:jc w:val="center"/>
        <w:rPr>
          <w:rFonts w:ascii="Times New Roman" w:hAnsi="Times New Roman" w:cs="Times New Roman"/>
          <w:color w:val="FF0000"/>
        </w:rPr>
      </w:pPr>
    </w:p>
    <w:p w14:paraId="602679FD" w14:textId="46767AF8" w:rsidR="00C87543" w:rsidRPr="005349B6" w:rsidRDefault="00E57E38" w:rsidP="00595A1D">
      <w:pPr>
        <w:jc w:val="center"/>
        <w:rPr>
          <w:rFonts w:ascii="Times New Roman" w:hAnsi="Times New Roman" w:cs="Times New Roman"/>
          <w:color w:val="FF0000"/>
          <w:lang w:val="es-ES"/>
        </w:rPr>
      </w:pPr>
      <w:r>
        <w:rPr>
          <w:rFonts w:ascii="Times New Roman" w:hAnsi="Times New Roman" w:cs="Times New Roman"/>
          <w:color w:val="FF0000"/>
          <w:lang w:val="es-ES"/>
        </w:rPr>
        <w:t>Coordinador:</w:t>
      </w:r>
    </w:p>
    <w:p w14:paraId="3F22D778" w14:textId="299D2177" w:rsidR="00C87543" w:rsidRPr="005349B6" w:rsidRDefault="00A138AA" w:rsidP="00595A1D">
      <w:pPr>
        <w:jc w:val="center"/>
        <w:rPr>
          <w:rFonts w:ascii="Times New Roman" w:hAnsi="Times New Roman" w:cs="Times New Roman"/>
          <w:lang w:val="es-ES"/>
        </w:rPr>
      </w:pPr>
      <w:r w:rsidRPr="005349B6">
        <w:rPr>
          <w:rFonts w:ascii="Times New Roman" w:hAnsi="Times New Roman" w:cs="Times New Roman"/>
          <w:sz w:val="24"/>
          <w:szCs w:val="24"/>
          <w:lang w:val="es-ES"/>
        </w:rPr>
        <w:t>Apellidos, Nombre</w:t>
      </w:r>
      <w:r w:rsidRPr="005349B6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1</w:t>
      </w:r>
      <w:r w:rsidR="00595A1D" w:rsidRPr="005349B6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*</w:t>
      </w:r>
    </w:p>
    <w:p w14:paraId="3E82F2CC" w14:textId="77777777" w:rsidR="00C87543" w:rsidRPr="005349B6" w:rsidRDefault="00A138AA" w:rsidP="00595A1D">
      <w:pPr>
        <w:jc w:val="center"/>
        <w:rPr>
          <w:rFonts w:ascii="Times New Roman" w:hAnsi="Times New Roman" w:cs="Times New Roman"/>
          <w:color w:val="FF0000"/>
          <w:lang w:val="es-ES"/>
        </w:rPr>
      </w:pPr>
      <w:r w:rsidRPr="005349B6">
        <w:rPr>
          <w:rFonts w:ascii="Times New Roman" w:hAnsi="Times New Roman" w:cs="Times New Roman"/>
          <w:color w:val="FF0000"/>
          <w:lang w:val="es-ES"/>
        </w:rPr>
        <w:t>Afiliaciones</w:t>
      </w:r>
    </w:p>
    <w:p w14:paraId="40A94A7C" w14:textId="763D65D9" w:rsidR="00C87543" w:rsidRPr="005349B6" w:rsidRDefault="00595A1D" w:rsidP="00595A1D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5349B6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1</w:t>
      </w:r>
      <w:r w:rsidRPr="005349B6">
        <w:rPr>
          <w:rFonts w:ascii="Times New Roman" w:hAnsi="Times New Roman" w:cs="Times New Roman"/>
          <w:sz w:val="24"/>
          <w:szCs w:val="24"/>
          <w:lang w:val="es-ES"/>
        </w:rPr>
        <w:t>ORCID y Universidad/Institución, correo electrónico</w:t>
      </w:r>
    </w:p>
    <w:p w14:paraId="5448C692" w14:textId="77777777" w:rsidR="00595A1D" w:rsidRPr="005349B6" w:rsidRDefault="00595A1D" w:rsidP="00595A1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alibri" w:hAnsi="Times New Roman" w:cs="Times New Roman"/>
          <w:color w:val="000000"/>
          <w:lang w:val="es-ES"/>
        </w:rPr>
      </w:pPr>
    </w:p>
    <w:p w14:paraId="4F461584" w14:textId="77777777" w:rsidR="00595A1D" w:rsidRPr="005349B6" w:rsidRDefault="00595A1D" w:rsidP="00595A1D">
      <w:pPr>
        <w:pStyle w:val="Ttulo2"/>
        <w:rPr>
          <w:rFonts w:ascii="Times New Roman" w:hAnsi="Times New Roman" w:cs="Times New Roman"/>
          <w:sz w:val="24"/>
          <w:szCs w:val="24"/>
          <w:lang w:val="es-ES"/>
        </w:rPr>
      </w:pPr>
      <w:r w:rsidRPr="005349B6">
        <w:rPr>
          <w:rFonts w:ascii="Times New Roman" w:hAnsi="Times New Roman" w:cs="Times New Roman"/>
          <w:sz w:val="24"/>
          <w:szCs w:val="24"/>
          <w:lang w:val="es-ES"/>
        </w:rPr>
        <w:t>LÍNEA TEMÁTICA</w:t>
      </w:r>
    </w:p>
    <w:p w14:paraId="4EB45573" w14:textId="626FA48D" w:rsidR="00595A1D" w:rsidRPr="005349B6" w:rsidRDefault="00595A1D" w:rsidP="00595A1D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349B6">
        <w:rPr>
          <w:rFonts w:ascii="Times New Roman" w:hAnsi="Times New Roman" w:cs="Times New Roman"/>
          <w:sz w:val="24"/>
          <w:szCs w:val="24"/>
          <w:lang w:val="es-ES"/>
        </w:rPr>
        <w:t xml:space="preserve">[ ] </w:t>
      </w:r>
      <w:r w:rsidR="00FD4796" w:rsidRPr="00FD4796">
        <w:rPr>
          <w:rFonts w:ascii="Times New Roman" w:hAnsi="Times New Roman" w:cs="Times New Roman"/>
          <w:sz w:val="24"/>
          <w:szCs w:val="24"/>
          <w:lang w:val="es-ES"/>
        </w:rPr>
        <w:t>Formación del profesorado de Educación Infantil (CDD)</w:t>
      </w:r>
    </w:p>
    <w:p w14:paraId="65176B65" w14:textId="77777777" w:rsidR="004C79D7" w:rsidRDefault="00595A1D" w:rsidP="00595A1D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349B6">
        <w:rPr>
          <w:rFonts w:ascii="Times New Roman" w:hAnsi="Times New Roman" w:cs="Times New Roman"/>
          <w:sz w:val="24"/>
          <w:szCs w:val="24"/>
          <w:lang w:val="es-ES"/>
        </w:rPr>
        <w:t xml:space="preserve">[ ] </w:t>
      </w:r>
      <w:r w:rsidR="004C79D7" w:rsidRPr="004C79D7">
        <w:rPr>
          <w:rFonts w:ascii="Times New Roman" w:hAnsi="Times New Roman" w:cs="Times New Roman"/>
          <w:sz w:val="24"/>
          <w:szCs w:val="24"/>
          <w:lang w:val="es-ES"/>
        </w:rPr>
        <w:t xml:space="preserve">Tecnologías en contextos no escolares (hogar, familia, aulas hospitalarias, ONG´s, …) </w:t>
      </w:r>
    </w:p>
    <w:p w14:paraId="459EDC09" w14:textId="2283A9E6" w:rsidR="00595A1D" w:rsidRPr="005349B6" w:rsidRDefault="00595A1D" w:rsidP="00595A1D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349B6">
        <w:rPr>
          <w:rFonts w:ascii="Times New Roman" w:hAnsi="Times New Roman" w:cs="Times New Roman"/>
          <w:sz w:val="24"/>
          <w:szCs w:val="24"/>
          <w:lang w:val="es-ES"/>
        </w:rPr>
        <w:t xml:space="preserve">[ ] </w:t>
      </w:r>
      <w:r w:rsidR="0018316F" w:rsidRPr="0018316F">
        <w:rPr>
          <w:rFonts w:ascii="Times New Roman" w:hAnsi="Times New Roman" w:cs="Times New Roman"/>
          <w:sz w:val="24"/>
          <w:szCs w:val="24"/>
          <w:lang w:val="es-ES"/>
        </w:rPr>
        <w:t>Innovaciones educativas con tecnologías en Educación Infantil</w:t>
      </w:r>
    </w:p>
    <w:p w14:paraId="7A6C2433" w14:textId="0C0422D8" w:rsidR="00595A1D" w:rsidRPr="005349B6" w:rsidRDefault="00595A1D" w:rsidP="00595A1D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349B6">
        <w:rPr>
          <w:rFonts w:ascii="Times New Roman" w:hAnsi="Times New Roman" w:cs="Times New Roman"/>
          <w:sz w:val="24"/>
          <w:szCs w:val="24"/>
          <w:lang w:val="es-ES"/>
        </w:rPr>
        <w:t xml:space="preserve">[ ] </w:t>
      </w:r>
      <w:r w:rsidR="0018316F" w:rsidRPr="0018316F">
        <w:rPr>
          <w:rFonts w:ascii="Times New Roman" w:hAnsi="Times New Roman" w:cs="Times New Roman"/>
          <w:sz w:val="24"/>
          <w:szCs w:val="24"/>
          <w:lang w:val="es-ES"/>
        </w:rPr>
        <w:t>Tecnologías emergentes y diseño de recursos en la primera infancia</w:t>
      </w:r>
    </w:p>
    <w:p w14:paraId="6B07B80B" w14:textId="0137ED6F" w:rsidR="0028109A" w:rsidRDefault="0018316F" w:rsidP="0018316F">
      <w:pPr>
        <w:rPr>
          <w:rFonts w:ascii="Times New Roman" w:hAnsi="Times New Roman" w:cs="Times New Roman"/>
          <w:lang w:val="es-ES"/>
        </w:rPr>
      </w:pPr>
      <w:r w:rsidRPr="0018316F">
        <w:rPr>
          <w:rFonts w:ascii="Times New Roman" w:hAnsi="Times New Roman" w:cs="Times New Roman"/>
          <w:lang w:val="es-ES"/>
        </w:rPr>
        <w:t xml:space="preserve">[ ] </w:t>
      </w:r>
      <w:r>
        <w:rPr>
          <w:rFonts w:ascii="Times New Roman" w:hAnsi="Times New Roman" w:cs="Times New Roman"/>
          <w:lang w:val="es-ES"/>
        </w:rPr>
        <w:t xml:space="preserve"> </w:t>
      </w:r>
      <w:r w:rsidRPr="0018316F">
        <w:rPr>
          <w:rFonts w:ascii="Times New Roman" w:hAnsi="Times New Roman" w:cs="Times New Roman"/>
          <w:lang w:val="es-ES"/>
        </w:rPr>
        <w:t>Ética y Seguridad Digital en la primera infancia</w:t>
      </w:r>
    </w:p>
    <w:p w14:paraId="6B66484F" w14:textId="77777777" w:rsidR="00366B9B" w:rsidRDefault="00366B9B" w:rsidP="00595A1D">
      <w:pPr>
        <w:jc w:val="center"/>
        <w:rPr>
          <w:rFonts w:ascii="Times New Roman" w:hAnsi="Times New Roman" w:cs="Times New Roman"/>
          <w:lang w:val="es-ES"/>
        </w:rPr>
      </w:pPr>
    </w:p>
    <w:p w14:paraId="2CE949B6" w14:textId="77777777" w:rsidR="00366B9B" w:rsidRDefault="00366B9B" w:rsidP="00595A1D">
      <w:pPr>
        <w:jc w:val="center"/>
        <w:rPr>
          <w:rFonts w:ascii="Times New Roman" w:hAnsi="Times New Roman" w:cs="Times New Roman"/>
          <w:lang w:val="es-ES"/>
        </w:rPr>
      </w:pPr>
    </w:p>
    <w:p w14:paraId="2804A254" w14:textId="77777777" w:rsidR="002C3181" w:rsidRDefault="002C3181" w:rsidP="00595A1D">
      <w:pPr>
        <w:jc w:val="center"/>
        <w:rPr>
          <w:rFonts w:ascii="Times New Roman" w:hAnsi="Times New Roman" w:cs="Times New Roman"/>
          <w:lang w:val="es-ES"/>
        </w:rPr>
      </w:pPr>
    </w:p>
    <w:p w14:paraId="0CE626BA" w14:textId="77777777" w:rsidR="00235E4D" w:rsidRDefault="00235E4D" w:rsidP="00595A1D">
      <w:pPr>
        <w:jc w:val="center"/>
        <w:rPr>
          <w:rFonts w:ascii="Times New Roman" w:hAnsi="Times New Roman" w:cs="Times New Roman"/>
          <w:lang w:val="es-ES"/>
        </w:rPr>
      </w:pPr>
    </w:p>
    <w:p w14:paraId="5314BF70" w14:textId="77777777" w:rsidR="008117B7" w:rsidRDefault="008117B7" w:rsidP="00595A1D">
      <w:pPr>
        <w:jc w:val="center"/>
        <w:rPr>
          <w:rFonts w:ascii="Times New Roman" w:hAnsi="Times New Roman" w:cs="Times New Roman"/>
          <w:lang w:val="es-ES"/>
        </w:rPr>
      </w:pPr>
    </w:p>
    <w:p w14:paraId="68CD973F" w14:textId="77777777" w:rsidR="008117B7" w:rsidRDefault="008117B7" w:rsidP="00595A1D">
      <w:pPr>
        <w:jc w:val="center"/>
        <w:rPr>
          <w:rFonts w:ascii="Times New Roman" w:hAnsi="Times New Roman" w:cs="Times New Roman"/>
          <w:lang w:val="es-ES"/>
        </w:rPr>
      </w:pPr>
    </w:p>
    <w:p w14:paraId="65C6FF5A" w14:textId="77777777" w:rsidR="00235E4D" w:rsidRDefault="00235E4D" w:rsidP="00595A1D">
      <w:pPr>
        <w:jc w:val="center"/>
        <w:rPr>
          <w:rFonts w:ascii="Times New Roman" w:hAnsi="Times New Roman" w:cs="Times New Roman"/>
          <w:lang w:val="es-ES"/>
        </w:rPr>
      </w:pPr>
    </w:p>
    <w:p w14:paraId="76B78C39" w14:textId="77777777" w:rsidR="00235E4D" w:rsidRDefault="00235E4D" w:rsidP="00595A1D">
      <w:pPr>
        <w:jc w:val="center"/>
        <w:rPr>
          <w:rFonts w:ascii="Times New Roman" w:hAnsi="Times New Roman" w:cs="Times New Roman"/>
          <w:lang w:val="es-ES"/>
        </w:rPr>
      </w:pPr>
    </w:p>
    <w:p w14:paraId="3F8094D2" w14:textId="74EF9535" w:rsidR="00417734" w:rsidRPr="00655C2A" w:rsidRDefault="00417734" w:rsidP="00417734">
      <w:pPr>
        <w:pStyle w:val="Ttulo2"/>
        <w:rPr>
          <w:rFonts w:ascii="Times New Roman" w:hAnsi="Times New Roman" w:cs="Times New Roman"/>
          <w:color w:val="FF0000"/>
          <w:sz w:val="24"/>
          <w:szCs w:val="24"/>
          <w:lang w:val="es-ES"/>
        </w:rPr>
      </w:pPr>
      <w:r w:rsidRPr="00655C2A">
        <w:rPr>
          <w:rFonts w:ascii="Times New Roman" w:hAnsi="Times New Roman" w:cs="Times New Roman"/>
          <w:color w:val="FF0000"/>
          <w:sz w:val="24"/>
          <w:szCs w:val="24"/>
          <w:lang w:val="es-ES"/>
        </w:rPr>
        <w:lastRenderedPageBreak/>
        <w:t>OBSERVACIONES Y NORMAS DE PRESENTACIÓN</w:t>
      </w:r>
    </w:p>
    <w:p w14:paraId="42DA04D2" w14:textId="7116E7C1" w:rsidR="00417734" w:rsidRPr="00655C2A" w:rsidRDefault="00417734" w:rsidP="00417734">
      <w:pPr>
        <w:rPr>
          <w:rFonts w:ascii="Times New Roman" w:hAnsi="Times New Roman" w:cs="Times New Roman"/>
          <w:color w:val="FF0000"/>
          <w:sz w:val="24"/>
          <w:szCs w:val="24"/>
          <w:lang w:val="es-ES"/>
        </w:rPr>
      </w:pPr>
      <w:r w:rsidRPr="00655C2A">
        <w:rPr>
          <w:rFonts w:ascii="Times New Roman" w:hAnsi="Times New Roman" w:cs="Times New Roman"/>
          <w:color w:val="FF0000"/>
          <w:sz w:val="24"/>
          <w:szCs w:val="24"/>
          <w:lang w:val="es-ES"/>
        </w:rPr>
        <w:t xml:space="preserve">-Extensión: </w:t>
      </w:r>
      <w:r w:rsidR="00B84782">
        <w:rPr>
          <w:rFonts w:ascii="Times New Roman" w:hAnsi="Times New Roman" w:cs="Times New Roman"/>
          <w:color w:val="FF0000"/>
          <w:sz w:val="24"/>
          <w:szCs w:val="24"/>
          <w:lang w:val="es-ES"/>
        </w:rPr>
        <w:t xml:space="preserve">MÁXIMA </w:t>
      </w:r>
      <w:r w:rsidR="00ED7E9F">
        <w:rPr>
          <w:rFonts w:ascii="Times New Roman" w:hAnsi="Times New Roman" w:cs="Times New Roman"/>
          <w:color w:val="FF0000"/>
          <w:sz w:val="24"/>
          <w:szCs w:val="24"/>
          <w:lang w:val="es-ES"/>
        </w:rPr>
        <w:t xml:space="preserve">500 </w:t>
      </w:r>
      <w:r w:rsidR="00B84782">
        <w:rPr>
          <w:rFonts w:ascii="Times New Roman" w:hAnsi="Times New Roman" w:cs="Times New Roman"/>
          <w:color w:val="FF0000"/>
          <w:sz w:val="24"/>
          <w:szCs w:val="24"/>
          <w:lang w:val="es-ES"/>
        </w:rPr>
        <w:t>PALABRAS</w:t>
      </w:r>
    </w:p>
    <w:p w14:paraId="40F7BF89" w14:textId="77777777" w:rsidR="00417734" w:rsidRPr="00655C2A" w:rsidRDefault="00417734" w:rsidP="00417734">
      <w:pPr>
        <w:rPr>
          <w:rFonts w:ascii="Times New Roman" w:hAnsi="Times New Roman" w:cs="Times New Roman"/>
          <w:color w:val="FF0000"/>
          <w:sz w:val="24"/>
          <w:szCs w:val="24"/>
          <w:lang w:val="es-ES"/>
        </w:rPr>
      </w:pPr>
      <w:r w:rsidRPr="00655C2A">
        <w:rPr>
          <w:rFonts w:ascii="Times New Roman" w:hAnsi="Times New Roman" w:cs="Times New Roman"/>
          <w:color w:val="FF0000"/>
          <w:sz w:val="24"/>
          <w:szCs w:val="24"/>
          <w:lang w:val="es-ES"/>
        </w:rPr>
        <w:t>-Redacción clara, sin errores ortográficos o gramaticales.</w:t>
      </w:r>
    </w:p>
    <w:p w14:paraId="64C55079" w14:textId="77777777" w:rsidR="00417734" w:rsidRPr="00655C2A" w:rsidRDefault="00417734" w:rsidP="00417734">
      <w:pPr>
        <w:rPr>
          <w:rFonts w:ascii="Times New Roman" w:hAnsi="Times New Roman" w:cs="Times New Roman"/>
          <w:color w:val="FF0000"/>
          <w:sz w:val="24"/>
          <w:szCs w:val="24"/>
          <w:lang w:val="es-ES"/>
        </w:rPr>
      </w:pPr>
      <w:r w:rsidRPr="00655C2A">
        <w:rPr>
          <w:rFonts w:ascii="Times New Roman" w:hAnsi="Times New Roman" w:cs="Times New Roman"/>
          <w:color w:val="FF0000"/>
          <w:sz w:val="24"/>
          <w:szCs w:val="24"/>
          <w:lang w:val="es-ES"/>
        </w:rPr>
        <w:t>-No incluir encabezado ni pie de página.</w:t>
      </w:r>
    </w:p>
    <w:p w14:paraId="00AD2E0B" w14:textId="77777777" w:rsidR="00417734" w:rsidRPr="00655C2A" w:rsidRDefault="00417734" w:rsidP="00417734">
      <w:pPr>
        <w:rPr>
          <w:rFonts w:ascii="Times New Roman" w:hAnsi="Times New Roman" w:cs="Times New Roman"/>
          <w:color w:val="FF0000"/>
          <w:sz w:val="24"/>
          <w:szCs w:val="24"/>
          <w:lang w:val="es-ES"/>
        </w:rPr>
      </w:pPr>
      <w:r w:rsidRPr="00655C2A">
        <w:rPr>
          <w:rFonts w:ascii="Times New Roman" w:hAnsi="Times New Roman" w:cs="Times New Roman"/>
          <w:color w:val="FF0000"/>
          <w:sz w:val="24"/>
          <w:szCs w:val="24"/>
          <w:lang w:val="es-ES"/>
        </w:rPr>
        <w:t>-El texto en rojo debe ser suprimido</w:t>
      </w:r>
    </w:p>
    <w:p w14:paraId="23B3B810" w14:textId="77777777" w:rsidR="00417734" w:rsidRDefault="00417734" w:rsidP="00417734">
      <w:pPr>
        <w:rPr>
          <w:rFonts w:ascii="Times New Roman" w:hAnsi="Times New Roman" w:cs="Times New Roman"/>
          <w:color w:val="FF0000"/>
          <w:sz w:val="24"/>
          <w:szCs w:val="24"/>
          <w:lang w:val="es-ES"/>
        </w:rPr>
      </w:pPr>
      <w:r w:rsidRPr="00655C2A">
        <w:rPr>
          <w:rFonts w:ascii="Times New Roman" w:hAnsi="Times New Roman" w:cs="Times New Roman"/>
          <w:color w:val="FF0000"/>
          <w:sz w:val="24"/>
          <w:szCs w:val="24"/>
          <w:lang w:val="es-ES"/>
        </w:rPr>
        <w:t xml:space="preserve">-Entre párrafo y párrafo debe haber una separación. </w:t>
      </w:r>
    </w:p>
    <w:p w14:paraId="71A5E718" w14:textId="2BD7321D" w:rsidR="00ED7E9F" w:rsidRPr="00655C2A" w:rsidRDefault="00ED7E9F" w:rsidP="00417734">
      <w:pPr>
        <w:rPr>
          <w:rFonts w:ascii="Times New Roman" w:hAnsi="Times New Roman" w:cs="Times New Roman"/>
          <w:color w:val="FF0000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s-ES"/>
        </w:rPr>
        <w:t>-Añadir entre 3 -  5 palabras claves del simposio</w:t>
      </w:r>
    </w:p>
    <w:p w14:paraId="0F8008DF" w14:textId="77777777" w:rsidR="00D272BA" w:rsidRDefault="00D272BA" w:rsidP="00595A1D">
      <w:pPr>
        <w:jc w:val="center"/>
        <w:rPr>
          <w:rFonts w:ascii="Times New Roman" w:hAnsi="Times New Roman" w:cs="Times New Roman"/>
          <w:lang w:val="es-ES"/>
        </w:rPr>
      </w:pPr>
    </w:p>
    <w:p w14:paraId="4D21660C" w14:textId="05E9BF65" w:rsidR="00D272BA" w:rsidRPr="005349B6" w:rsidRDefault="00D272BA" w:rsidP="00D272BA">
      <w:pPr>
        <w:pStyle w:val="Ttulo2"/>
        <w:rPr>
          <w:rFonts w:ascii="Times New Roman" w:hAnsi="Times New Roman" w:cs="Times New Roman"/>
          <w:sz w:val="24"/>
          <w:szCs w:val="24"/>
          <w:lang w:val="es-ES"/>
        </w:rPr>
      </w:pPr>
      <w:r w:rsidRPr="005349B6">
        <w:rPr>
          <w:rFonts w:ascii="Times New Roman" w:hAnsi="Times New Roman" w:cs="Times New Roman"/>
          <w:sz w:val="24"/>
          <w:szCs w:val="24"/>
          <w:lang w:val="es-ES"/>
        </w:rPr>
        <w:t>RESUMEN (</w:t>
      </w:r>
      <w:r w:rsidR="00ED7E9F">
        <w:rPr>
          <w:rFonts w:ascii="Times New Roman" w:hAnsi="Times New Roman" w:cs="Times New Roman"/>
          <w:sz w:val="24"/>
          <w:szCs w:val="24"/>
          <w:lang w:val="es-ES"/>
        </w:rPr>
        <w:t xml:space="preserve">500 </w:t>
      </w:r>
      <w:r w:rsidRPr="005349B6">
        <w:rPr>
          <w:rFonts w:ascii="Times New Roman" w:hAnsi="Times New Roman" w:cs="Times New Roman"/>
          <w:sz w:val="24"/>
          <w:szCs w:val="24"/>
          <w:lang w:val="es-ES"/>
        </w:rPr>
        <w:t>PALABRAS MÁX.)</w:t>
      </w:r>
    </w:p>
    <w:p w14:paraId="1554B686" w14:textId="77777777" w:rsidR="00D272BA" w:rsidRPr="005349B6" w:rsidRDefault="00D272BA" w:rsidP="00D272BA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349B6">
        <w:rPr>
          <w:rFonts w:ascii="Times New Roman" w:hAnsi="Times New Roman" w:cs="Times New Roman"/>
          <w:sz w:val="24"/>
          <w:szCs w:val="24"/>
          <w:lang w:val="es-ES"/>
        </w:rPr>
        <w:t>Debe seguir la estructura IMRC: Introducción (I), método (M), resultados (R) y conclusión (C)</w:t>
      </w:r>
    </w:p>
    <w:p w14:paraId="4B3A2FE9" w14:textId="3951B9BD" w:rsidR="00595A1D" w:rsidRPr="00B84782" w:rsidRDefault="00D272BA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349B6">
        <w:rPr>
          <w:rFonts w:ascii="Times New Roman" w:hAnsi="Times New Roman" w:cs="Times New Roman"/>
          <w:b/>
          <w:bCs/>
          <w:sz w:val="24"/>
          <w:szCs w:val="24"/>
          <w:lang w:val="es-ES"/>
        </w:rPr>
        <w:t>Palabras clave:</w:t>
      </w:r>
      <w:r w:rsidRPr="005349B6">
        <w:rPr>
          <w:rFonts w:ascii="Times New Roman" w:hAnsi="Times New Roman" w:cs="Times New Roman"/>
          <w:sz w:val="24"/>
          <w:szCs w:val="24"/>
          <w:lang w:val="es-ES"/>
        </w:rPr>
        <w:t xml:space="preserve"> (entre 3 y 5 palabras clave).</w:t>
      </w:r>
    </w:p>
    <w:sectPr w:rsidR="00595A1D" w:rsidRPr="00B84782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C7C24" w14:textId="77777777" w:rsidR="007F0F15" w:rsidRDefault="007F0F15" w:rsidP="006D5BBD">
      <w:pPr>
        <w:spacing w:after="0" w:line="240" w:lineRule="auto"/>
      </w:pPr>
      <w:r>
        <w:separator/>
      </w:r>
    </w:p>
  </w:endnote>
  <w:endnote w:type="continuationSeparator" w:id="0">
    <w:p w14:paraId="29A9A257" w14:textId="77777777" w:rsidR="007F0F15" w:rsidRDefault="007F0F15" w:rsidP="006D5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7F1AA" w14:textId="77777777" w:rsidR="004D59C0" w:rsidRDefault="004D59C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69DB" w14:textId="77777777" w:rsidR="004D59C0" w:rsidRDefault="004D59C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9011" w14:textId="77777777" w:rsidR="004D59C0" w:rsidRDefault="004D59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3D001" w14:textId="77777777" w:rsidR="007F0F15" w:rsidRDefault="007F0F15" w:rsidP="006D5BBD">
      <w:pPr>
        <w:spacing w:after="0" w:line="240" w:lineRule="auto"/>
      </w:pPr>
      <w:bookmarkStart w:id="0" w:name="_Hlk212630221"/>
      <w:bookmarkEnd w:id="0"/>
      <w:r>
        <w:separator/>
      </w:r>
    </w:p>
  </w:footnote>
  <w:footnote w:type="continuationSeparator" w:id="0">
    <w:p w14:paraId="1A1F3E69" w14:textId="77777777" w:rsidR="007F0F15" w:rsidRDefault="007F0F15" w:rsidP="006D5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C3232" w14:textId="77777777" w:rsidR="004D59C0" w:rsidRDefault="004D59C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A7FB5" w14:textId="451D7E9E" w:rsidR="00F038AC" w:rsidRPr="005A2697" w:rsidRDefault="005A2697" w:rsidP="004D59C0">
    <w:pPr>
      <w:pStyle w:val="Encabezado"/>
      <w:jc w:val="center"/>
      <w:rPr>
        <w:rFonts w:ascii="Times New Roman" w:hAnsi="Times New Roman" w:cs="Times New Roman"/>
        <w:b/>
        <w:bCs/>
        <w:sz w:val="24"/>
        <w:szCs w:val="24"/>
        <w:lang w:val="es-ES"/>
      </w:rPr>
    </w:pPr>
    <w:r w:rsidRPr="005A2697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 wp14:anchorId="065828B3" wp14:editId="4E2B2C2F">
          <wp:simplePos x="0" y="0"/>
          <wp:positionH relativeFrom="margin">
            <wp:posOffset>-1037250</wp:posOffset>
          </wp:positionH>
          <wp:positionV relativeFrom="paragraph">
            <wp:posOffset>-2540</wp:posOffset>
          </wp:positionV>
          <wp:extent cx="871855" cy="454660"/>
          <wp:effectExtent l="0" t="0" r="4445" b="2540"/>
          <wp:wrapSquare wrapText="bothSides"/>
          <wp:docPr id="297005081" name="Imagen 1" descr="Un dibujo animado con letr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005081" name="Imagen 1" descr="Un dibujo animado con letras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454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2697">
      <w:rPr>
        <w:rFonts w:ascii="Times New Roman" w:hAnsi="Times New Roman" w:cs="Times New Roman"/>
        <w:b/>
        <w:bCs/>
        <w:noProof/>
        <w:sz w:val="24"/>
        <w:szCs w:val="24"/>
        <w:lang w:val="es-ES"/>
      </w:rPr>
      <w:drawing>
        <wp:anchor distT="0" distB="0" distL="114300" distR="114300" simplePos="0" relativeHeight="251661824" behindDoc="1" locked="0" layoutInCell="1" allowOverlap="1" wp14:anchorId="1BFD223B" wp14:editId="571F66A1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760906" cy="1041991"/>
          <wp:effectExtent l="0" t="0" r="0" b="6350"/>
          <wp:wrapNone/>
          <wp:docPr id="54233107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073" cy="1051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8AC" w:rsidRPr="005A2697">
      <w:rPr>
        <w:rFonts w:ascii="Times New Roman" w:hAnsi="Times New Roman" w:cs="Times New Roman"/>
        <w:b/>
        <w:bCs/>
        <w:sz w:val="24"/>
        <w:szCs w:val="24"/>
        <w:lang w:val="es-ES"/>
      </w:rPr>
      <w:t>IV CONGRESO INTERNACIONAL DE INNOVACIÓN Y</w:t>
    </w:r>
    <w:r w:rsidR="004D59C0">
      <w:rPr>
        <w:rFonts w:ascii="Times New Roman" w:hAnsi="Times New Roman" w:cs="Times New Roman"/>
        <w:b/>
        <w:bCs/>
        <w:sz w:val="24"/>
        <w:szCs w:val="24"/>
        <w:lang w:val="es-ES"/>
      </w:rPr>
      <w:t xml:space="preserve"> </w:t>
    </w:r>
    <w:r w:rsidR="00F038AC" w:rsidRPr="005A2697">
      <w:rPr>
        <w:rFonts w:ascii="Times New Roman" w:hAnsi="Times New Roman" w:cs="Times New Roman"/>
        <w:b/>
        <w:bCs/>
        <w:sz w:val="24"/>
        <w:szCs w:val="24"/>
        <w:lang w:val="es-ES"/>
      </w:rPr>
      <w:t>TECNOLOGÍA EDUCATIVA EN EDUCACIÓN INFANTIL</w:t>
    </w:r>
  </w:p>
  <w:p w14:paraId="40AF4A51" w14:textId="405BE138" w:rsidR="006D5BBD" w:rsidRPr="005A2697" w:rsidRDefault="00F038AC" w:rsidP="005A2697">
    <w:pPr>
      <w:pStyle w:val="Encabezado"/>
      <w:jc w:val="center"/>
      <w:rPr>
        <w:rFonts w:ascii="Times New Roman" w:hAnsi="Times New Roman" w:cs="Times New Roman"/>
        <w:lang w:val="es-ES"/>
      </w:rPr>
    </w:pPr>
    <w:r w:rsidRPr="005A2697">
      <w:rPr>
        <w:rFonts w:ascii="Times New Roman" w:hAnsi="Times New Roman" w:cs="Times New Roman"/>
        <w:b/>
        <w:bCs/>
        <w:sz w:val="24"/>
        <w:szCs w:val="24"/>
        <w:lang w:val="es-ES"/>
      </w:rPr>
      <w:t>CITEI´2</w:t>
    </w:r>
    <w:r w:rsidR="00FC24EB">
      <w:rPr>
        <w:rFonts w:ascii="Times New Roman" w:hAnsi="Times New Roman" w:cs="Times New Roman"/>
        <w:b/>
        <w:bCs/>
        <w:sz w:val="24"/>
        <w:szCs w:val="24"/>
        <w:lang w:val="es-ES"/>
      </w:rPr>
      <w:t>026</w:t>
    </w:r>
    <w:r w:rsidRPr="005A2697">
      <w:rPr>
        <w:rFonts w:ascii="Times New Roman" w:hAnsi="Times New Roman" w:cs="Times New Roman"/>
        <w:lang w:val="es-ES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75F6" w14:textId="77777777" w:rsidR="004D59C0" w:rsidRDefault="004D59C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7148215">
    <w:abstractNumId w:val="8"/>
  </w:num>
  <w:num w:numId="2" w16cid:durableId="550655561">
    <w:abstractNumId w:val="6"/>
  </w:num>
  <w:num w:numId="3" w16cid:durableId="1257637321">
    <w:abstractNumId w:val="5"/>
  </w:num>
  <w:num w:numId="4" w16cid:durableId="624434157">
    <w:abstractNumId w:val="4"/>
  </w:num>
  <w:num w:numId="5" w16cid:durableId="2042046270">
    <w:abstractNumId w:val="7"/>
  </w:num>
  <w:num w:numId="6" w16cid:durableId="1352339149">
    <w:abstractNumId w:val="3"/>
  </w:num>
  <w:num w:numId="7" w16cid:durableId="1653829632">
    <w:abstractNumId w:val="2"/>
  </w:num>
  <w:num w:numId="8" w16cid:durableId="559485595">
    <w:abstractNumId w:val="1"/>
  </w:num>
  <w:num w:numId="9" w16cid:durableId="580794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tyleGuidePreference" w:val="-1"/>
    <w:docVar w:name="TrinkaDocId" w:val="f8d5e397-d25e-4aaa-99d1-39f2ac4b2b9e"/>
  </w:docVars>
  <w:rsids>
    <w:rsidRoot w:val="00B47730"/>
    <w:rsid w:val="00034616"/>
    <w:rsid w:val="0006063C"/>
    <w:rsid w:val="00065E5B"/>
    <w:rsid w:val="000B02F5"/>
    <w:rsid w:val="0015074B"/>
    <w:rsid w:val="0018316F"/>
    <w:rsid w:val="001918A5"/>
    <w:rsid w:val="002070E3"/>
    <w:rsid w:val="002273EF"/>
    <w:rsid w:val="00235E4D"/>
    <w:rsid w:val="00281081"/>
    <w:rsid w:val="0028109A"/>
    <w:rsid w:val="0029639D"/>
    <w:rsid w:val="002C3181"/>
    <w:rsid w:val="00310608"/>
    <w:rsid w:val="00326F90"/>
    <w:rsid w:val="00366B9B"/>
    <w:rsid w:val="003B3E0A"/>
    <w:rsid w:val="00417734"/>
    <w:rsid w:val="00453411"/>
    <w:rsid w:val="00467030"/>
    <w:rsid w:val="004915CE"/>
    <w:rsid w:val="004C79D7"/>
    <w:rsid w:val="004D59C0"/>
    <w:rsid w:val="005349B6"/>
    <w:rsid w:val="00550EAF"/>
    <w:rsid w:val="00572CCE"/>
    <w:rsid w:val="00595A1D"/>
    <w:rsid w:val="005A2697"/>
    <w:rsid w:val="00655C2A"/>
    <w:rsid w:val="00656D6D"/>
    <w:rsid w:val="006D5BBD"/>
    <w:rsid w:val="007F0F15"/>
    <w:rsid w:val="008117B7"/>
    <w:rsid w:val="00943B47"/>
    <w:rsid w:val="00A01494"/>
    <w:rsid w:val="00A138AA"/>
    <w:rsid w:val="00AA1D8D"/>
    <w:rsid w:val="00B47730"/>
    <w:rsid w:val="00B53F92"/>
    <w:rsid w:val="00B84782"/>
    <w:rsid w:val="00BA25B5"/>
    <w:rsid w:val="00BD00A2"/>
    <w:rsid w:val="00C663C7"/>
    <w:rsid w:val="00C87543"/>
    <w:rsid w:val="00CA3D12"/>
    <w:rsid w:val="00CB0664"/>
    <w:rsid w:val="00CD5C25"/>
    <w:rsid w:val="00D107F1"/>
    <w:rsid w:val="00D272BA"/>
    <w:rsid w:val="00D467B1"/>
    <w:rsid w:val="00D6414B"/>
    <w:rsid w:val="00E57E38"/>
    <w:rsid w:val="00E6054F"/>
    <w:rsid w:val="00ED32D5"/>
    <w:rsid w:val="00ED7E9F"/>
    <w:rsid w:val="00F038AC"/>
    <w:rsid w:val="00F51A3D"/>
    <w:rsid w:val="00FC24EB"/>
    <w:rsid w:val="00FC693F"/>
    <w:rsid w:val="00FD26E1"/>
    <w:rsid w:val="00FD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2C72DF"/>
  <w14:defaultImageDpi w14:val="300"/>
  <w15:docId w15:val="{9D1947CC-622A-4EDE-A11A-CB641026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5349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154</Words>
  <Characters>909</Characters>
  <Application>Microsoft Office Word</Application>
  <DocSecurity>0</DocSecurity>
  <Lines>30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ANTONIO LEON GARRIDO</cp:lastModifiedBy>
  <cp:revision>47</cp:revision>
  <dcterms:created xsi:type="dcterms:W3CDTF">2013-12-23T23:15:00Z</dcterms:created>
  <dcterms:modified xsi:type="dcterms:W3CDTF">2025-11-03T16:54:00Z</dcterms:modified>
  <cp:category/>
</cp:coreProperties>
</file>