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776B" w14:textId="02D1A7FB" w:rsidR="00FD26E1" w:rsidRDefault="00FD26E1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  <w:lang w:val="es-ES"/>
        </w:rPr>
      </w:pPr>
    </w:p>
    <w:p w14:paraId="1B088813" w14:textId="0117F277" w:rsidR="00366B9B" w:rsidRPr="00693376" w:rsidRDefault="00E57E38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  <w:lang w:val="pt-PT"/>
        </w:rPr>
      </w:pPr>
      <w:r w:rsidRPr="00693376">
        <w:rPr>
          <w:rFonts w:ascii="Times New Roman" w:hAnsi="Times New Roman" w:cs="Times New Roman"/>
          <w:color w:val="auto"/>
          <w:sz w:val="44"/>
          <w:szCs w:val="44"/>
          <w:lang w:val="pt-PT"/>
        </w:rPr>
        <w:t>PROPOSTA DE SIMPÓSIO</w:t>
      </w:r>
    </w:p>
    <w:p w14:paraId="67D0713F" w14:textId="2EAFDD51" w:rsidR="00C87543" w:rsidRPr="00693376" w:rsidRDefault="006D5BBD" w:rsidP="006D5BBD">
      <w:pPr>
        <w:pStyle w:val="Ttulo2"/>
        <w:jc w:val="center"/>
        <w:rPr>
          <w:rFonts w:ascii="Times New Roman" w:hAnsi="Times New Roman" w:cs="Times New Roman"/>
          <w:sz w:val="28"/>
          <w:szCs w:val="28"/>
          <w:lang w:val="pt-PT"/>
        </w:rPr>
      </w:pPr>
      <w:r w:rsidRPr="00693376">
        <w:rPr>
          <w:rFonts w:ascii="Times New Roman" w:hAnsi="Times New Roman" w:cs="Times New Roman"/>
          <w:sz w:val="28"/>
          <w:szCs w:val="28"/>
          <w:lang w:val="pt-PT"/>
        </w:rPr>
        <w:t xml:space="preserve">TÍTULO EM MAIÚSCULAS ESPANHOL (MÁXIMO 25 PALAVRAS) </w:t>
      </w:r>
    </w:p>
    <w:p w14:paraId="4F29F6FF" w14:textId="5ADC0C92" w:rsidR="00595A1D" w:rsidRPr="00693376" w:rsidRDefault="00595A1D" w:rsidP="00595A1D">
      <w:pPr>
        <w:jc w:val="center"/>
        <w:rPr>
          <w:rFonts w:ascii="Times New Roman" w:hAnsi="Times New Roman" w:cs="Times New Roman"/>
          <w:color w:val="FF0000"/>
          <w:lang w:val="pt-PT"/>
        </w:rPr>
      </w:pPr>
      <w:r w:rsidRPr="00693376">
        <w:rPr>
          <w:rFonts w:ascii="Times New Roman" w:hAnsi="Times New Roman" w:cs="Times New Roman"/>
          <w:color w:val="FF0000"/>
          <w:lang w:val="pt-PT"/>
        </w:rPr>
        <w:t>(Times New Roman 14, maiúsculas, azul, centralizado)</w:t>
      </w:r>
      <w:bookmarkStart w:id="1" w:name="_Hlk193803759"/>
      <w:bookmarkEnd w:id="1"/>
    </w:p>
    <w:p w14:paraId="68C94BA6" w14:textId="77777777" w:rsidR="00595A1D" w:rsidRPr="00693376" w:rsidRDefault="00595A1D" w:rsidP="00595A1D">
      <w:pPr>
        <w:jc w:val="center"/>
        <w:rPr>
          <w:rFonts w:ascii="Times New Roman" w:hAnsi="Times New Roman" w:cs="Times New Roman"/>
          <w:color w:val="FF0000"/>
          <w:lang w:val="pt-PT"/>
        </w:rPr>
      </w:pPr>
    </w:p>
    <w:p w14:paraId="602679FD" w14:textId="46767AF8" w:rsidR="00C87543" w:rsidRPr="00693376" w:rsidRDefault="00E57E38" w:rsidP="00595A1D">
      <w:pPr>
        <w:jc w:val="center"/>
        <w:rPr>
          <w:rFonts w:ascii="Times New Roman" w:hAnsi="Times New Roman" w:cs="Times New Roman"/>
          <w:color w:val="FF0000"/>
          <w:lang w:val="pt-PT"/>
        </w:rPr>
      </w:pPr>
      <w:r w:rsidRPr="00693376">
        <w:rPr>
          <w:rFonts w:ascii="Times New Roman" w:hAnsi="Times New Roman" w:cs="Times New Roman"/>
          <w:color w:val="FF0000"/>
          <w:lang w:val="pt-PT"/>
        </w:rPr>
        <w:t>Coordenador:</w:t>
      </w:r>
    </w:p>
    <w:p w14:paraId="3F22D778" w14:textId="299D2177" w:rsidR="00C87543" w:rsidRPr="00693376" w:rsidRDefault="00A138AA" w:rsidP="00595A1D">
      <w:pPr>
        <w:jc w:val="center"/>
        <w:rPr>
          <w:rFonts w:ascii="Times New Roman" w:hAnsi="Times New Roman" w:cs="Times New Roman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Apelido, Nome1</w:t>
      </w:r>
      <w:r w:rsidR="00595A1D" w:rsidRPr="0069337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*</w:t>
      </w:r>
    </w:p>
    <w:p w14:paraId="3E82F2CC" w14:textId="77777777" w:rsidR="00C87543" w:rsidRPr="00693376" w:rsidRDefault="00A138AA" w:rsidP="00595A1D">
      <w:pPr>
        <w:jc w:val="center"/>
        <w:rPr>
          <w:rFonts w:ascii="Times New Roman" w:hAnsi="Times New Roman" w:cs="Times New Roman"/>
          <w:color w:val="FF0000"/>
          <w:lang w:val="pt-PT"/>
        </w:rPr>
      </w:pPr>
      <w:r w:rsidRPr="00693376">
        <w:rPr>
          <w:rFonts w:ascii="Times New Roman" w:hAnsi="Times New Roman" w:cs="Times New Roman"/>
          <w:color w:val="FF0000"/>
          <w:lang w:val="pt-PT"/>
        </w:rPr>
        <w:t>Afiliações</w:t>
      </w:r>
    </w:p>
    <w:p w14:paraId="40A94A7C" w14:textId="763D65D9" w:rsidR="00C87543" w:rsidRPr="00693376" w:rsidRDefault="00595A1D" w:rsidP="00595A1D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1ORCID e Universidade/Instituição, e-mail</w:t>
      </w:r>
    </w:p>
    <w:p w14:paraId="5448C692" w14:textId="77777777" w:rsidR="00595A1D" w:rsidRPr="00693376" w:rsidRDefault="00595A1D" w:rsidP="00595A1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color w:val="000000"/>
          <w:lang w:val="pt-PT"/>
        </w:rPr>
      </w:pPr>
    </w:p>
    <w:p w14:paraId="4F461584" w14:textId="77777777" w:rsidR="00595A1D" w:rsidRPr="00CD3CCB" w:rsidRDefault="00595A1D" w:rsidP="00595A1D">
      <w:pPr>
        <w:pStyle w:val="Ttulo2"/>
        <w:rPr>
          <w:rFonts w:ascii="Times New Roman" w:hAnsi="Times New Roman" w:cs="Times New Roman"/>
          <w:sz w:val="24"/>
          <w:szCs w:val="24"/>
          <w:lang w:val="pt-PT"/>
        </w:rPr>
      </w:pPr>
      <w:r w:rsidRPr="00CD3CCB">
        <w:rPr>
          <w:rFonts w:ascii="Times New Roman" w:hAnsi="Times New Roman" w:cs="Times New Roman"/>
          <w:sz w:val="24"/>
          <w:szCs w:val="24"/>
          <w:lang w:val="pt-PT"/>
        </w:rPr>
        <w:t>LINHA TEMÁTICA</w:t>
      </w:r>
    </w:p>
    <w:p w14:paraId="4EB45573" w14:textId="626FA48D" w:rsidR="00595A1D" w:rsidRPr="00693376" w:rsidRDefault="00595A1D" w:rsidP="00595A1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[ ] Formação de Professores de Educação Infantil (CDD)</w:t>
      </w:r>
    </w:p>
    <w:p w14:paraId="65176B65" w14:textId="77777777" w:rsidR="004C79D7" w:rsidRPr="00693376" w:rsidRDefault="00595A1D" w:rsidP="00595A1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 xml:space="preserve">[ ] Tecnologias em contextos não escolares (casa, família, salas de aula hospitalares, ONGs, ...) </w:t>
      </w:r>
    </w:p>
    <w:p w14:paraId="459EDC09" w14:textId="2283A9E6" w:rsidR="00595A1D" w:rsidRPr="00693376" w:rsidRDefault="00595A1D" w:rsidP="00595A1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[ ] Inovações educacionais com tecnologias na Educação Infantil</w:t>
      </w:r>
    </w:p>
    <w:p w14:paraId="7A6C2433" w14:textId="0C0422D8" w:rsidR="00595A1D" w:rsidRPr="00693376" w:rsidRDefault="00595A1D" w:rsidP="00595A1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[ ] Tecnologias emergentes e design de recursos na primeira infância</w:t>
      </w:r>
    </w:p>
    <w:p w14:paraId="6B07B80B" w14:textId="0137ED6F" w:rsidR="0028109A" w:rsidRPr="00693376" w:rsidRDefault="0018316F" w:rsidP="0018316F">
      <w:pPr>
        <w:rPr>
          <w:rFonts w:ascii="Times New Roman" w:hAnsi="Times New Roman" w:cs="Times New Roman"/>
          <w:lang w:val="pt-PT"/>
        </w:rPr>
      </w:pPr>
      <w:r w:rsidRPr="00693376">
        <w:rPr>
          <w:rFonts w:ascii="Times New Roman" w:hAnsi="Times New Roman" w:cs="Times New Roman"/>
          <w:lang w:val="pt-PT"/>
        </w:rPr>
        <w:t>[ ] Ética e Segurança Digital na Primeira Infância</w:t>
      </w:r>
    </w:p>
    <w:p w14:paraId="6B66484F" w14:textId="77777777" w:rsidR="00366B9B" w:rsidRPr="00693376" w:rsidRDefault="00366B9B" w:rsidP="00595A1D">
      <w:pPr>
        <w:jc w:val="center"/>
        <w:rPr>
          <w:rFonts w:ascii="Times New Roman" w:hAnsi="Times New Roman" w:cs="Times New Roman"/>
          <w:lang w:val="pt-PT"/>
        </w:rPr>
      </w:pPr>
    </w:p>
    <w:p w14:paraId="2CE949B6" w14:textId="77777777" w:rsidR="00366B9B" w:rsidRPr="00693376" w:rsidRDefault="00366B9B" w:rsidP="00595A1D">
      <w:pPr>
        <w:jc w:val="center"/>
        <w:rPr>
          <w:rFonts w:ascii="Times New Roman" w:hAnsi="Times New Roman" w:cs="Times New Roman"/>
          <w:lang w:val="pt-PT"/>
        </w:rPr>
      </w:pPr>
    </w:p>
    <w:p w14:paraId="2804A254" w14:textId="77777777" w:rsidR="002C3181" w:rsidRPr="00693376" w:rsidRDefault="002C3181" w:rsidP="00595A1D">
      <w:pPr>
        <w:jc w:val="center"/>
        <w:rPr>
          <w:rFonts w:ascii="Times New Roman" w:hAnsi="Times New Roman" w:cs="Times New Roman"/>
          <w:lang w:val="pt-PT"/>
        </w:rPr>
      </w:pPr>
    </w:p>
    <w:p w14:paraId="0CE626BA" w14:textId="77777777" w:rsidR="00235E4D" w:rsidRPr="00693376" w:rsidRDefault="00235E4D" w:rsidP="00595A1D">
      <w:pPr>
        <w:jc w:val="center"/>
        <w:rPr>
          <w:rFonts w:ascii="Times New Roman" w:hAnsi="Times New Roman" w:cs="Times New Roman"/>
          <w:lang w:val="pt-PT"/>
        </w:rPr>
      </w:pPr>
    </w:p>
    <w:p w14:paraId="5314BF70" w14:textId="77777777" w:rsidR="008117B7" w:rsidRPr="00693376" w:rsidRDefault="008117B7" w:rsidP="00595A1D">
      <w:pPr>
        <w:jc w:val="center"/>
        <w:rPr>
          <w:rFonts w:ascii="Times New Roman" w:hAnsi="Times New Roman" w:cs="Times New Roman"/>
          <w:lang w:val="pt-PT"/>
        </w:rPr>
      </w:pPr>
    </w:p>
    <w:p w14:paraId="68CD973F" w14:textId="77777777" w:rsidR="008117B7" w:rsidRPr="00693376" w:rsidRDefault="008117B7" w:rsidP="00595A1D">
      <w:pPr>
        <w:jc w:val="center"/>
        <w:rPr>
          <w:rFonts w:ascii="Times New Roman" w:hAnsi="Times New Roman" w:cs="Times New Roman"/>
          <w:lang w:val="pt-PT"/>
        </w:rPr>
      </w:pPr>
    </w:p>
    <w:p w14:paraId="65C6FF5A" w14:textId="77777777" w:rsidR="00235E4D" w:rsidRPr="00693376" w:rsidRDefault="00235E4D" w:rsidP="00595A1D">
      <w:pPr>
        <w:jc w:val="center"/>
        <w:rPr>
          <w:rFonts w:ascii="Times New Roman" w:hAnsi="Times New Roman" w:cs="Times New Roman"/>
          <w:lang w:val="pt-PT"/>
        </w:rPr>
      </w:pPr>
    </w:p>
    <w:p w14:paraId="76B78C39" w14:textId="77777777" w:rsidR="00235E4D" w:rsidRPr="00693376" w:rsidRDefault="00235E4D" w:rsidP="00595A1D">
      <w:pPr>
        <w:jc w:val="center"/>
        <w:rPr>
          <w:rFonts w:ascii="Times New Roman" w:hAnsi="Times New Roman" w:cs="Times New Roman"/>
          <w:lang w:val="pt-PT"/>
        </w:rPr>
      </w:pPr>
    </w:p>
    <w:p w14:paraId="3F8094D2" w14:textId="74EF9535" w:rsidR="00417734" w:rsidRPr="00693376" w:rsidRDefault="00417734" w:rsidP="00417734">
      <w:pPr>
        <w:pStyle w:val="Ttulo2"/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lastRenderedPageBreak/>
        <w:t>OBSERVAÇÕES E REGRAS DE APRESENTAÇÃO</w:t>
      </w:r>
    </w:p>
    <w:p w14:paraId="42DA04D2" w14:textId="7116E7C1" w:rsidR="00417734" w:rsidRPr="00693376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>-Comprimento: MÁXIMO 500 PALAVRAS</w:t>
      </w:r>
    </w:p>
    <w:p w14:paraId="40F7BF89" w14:textId="77777777" w:rsidR="00417734" w:rsidRPr="00693376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>-Escrita clara, sem erros ortográficos ou gramaticais.</w:t>
      </w:r>
    </w:p>
    <w:p w14:paraId="64C55079" w14:textId="77777777" w:rsidR="00417734" w:rsidRPr="00693376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>-Não inclua um cabeçalho ou rodapé.</w:t>
      </w:r>
    </w:p>
    <w:p w14:paraId="00AD2E0B" w14:textId="77777777" w:rsidR="00417734" w:rsidRPr="00693376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>- O texto a vermelho deve ser suprimido</w:t>
      </w:r>
    </w:p>
    <w:p w14:paraId="23B3B810" w14:textId="77777777" w:rsidR="00417734" w:rsidRPr="00693376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 xml:space="preserve">- Entre parágrafo e parágrafo deve haver uma separação. </w:t>
      </w:r>
    </w:p>
    <w:p w14:paraId="71A5E718" w14:textId="2BD7321D" w:rsidR="00ED7E9F" w:rsidRPr="00693376" w:rsidRDefault="00ED7E9F" w:rsidP="00417734">
      <w:pPr>
        <w:rPr>
          <w:rFonts w:ascii="Times New Roman" w:hAnsi="Times New Roman" w:cs="Times New Roman"/>
          <w:color w:val="FF0000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color w:val="FF0000"/>
          <w:sz w:val="24"/>
          <w:szCs w:val="24"/>
          <w:lang w:val="pt-PT"/>
        </w:rPr>
        <w:t>-Adicionar entre 3 - 5 palavras-chave do simpósio</w:t>
      </w:r>
    </w:p>
    <w:p w14:paraId="0F8008DF" w14:textId="77777777" w:rsidR="00D272BA" w:rsidRPr="00693376" w:rsidRDefault="00D272BA" w:rsidP="00595A1D">
      <w:pPr>
        <w:jc w:val="center"/>
        <w:rPr>
          <w:rFonts w:ascii="Times New Roman" w:hAnsi="Times New Roman" w:cs="Times New Roman"/>
          <w:lang w:val="pt-PT"/>
        </w:rPr>
      </w:pPr>
    </w:p>
    <w:p w14:paraId="4D21660C" w14:textId="05E9BF65" w:rsidR="00D272BA" w:rsidRPr="00693376" w:rsidRDefault="00D272BA" w:rsidP="00D272BA">
      <w:pPr>
        <w:pStyle w:val="Ttulo2"/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RESUMO (MÁX. 500 PALAVRAS)</w:t>
      </w:r>
    </w:p>
    <w:p w14:paraId="1554B686" w14:textId="77777777" w:rsidR="00D272BA" w:rsidRPr="00693376" w:rsidRDefault="00D272BA" w:rsidP="00D272BA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sz w:val="24"/>
          <w:szCs w:val="24"/>
          <w:lang w:val="pt-PT"/>
        </w:rPr>
        <w:t>Deve seguir a estrutura do IMRC: Introdução (I), Método (M), Resultados (R) e Conclusão (C)</w:t>
      </w:r>
    </w:p>
    <w:p w14:paraId="4B3A2FE9" w14:textId="354713DC" w:rsidR="00595A1D" w:rsidRPr="00693376" w:rsidRDefault="00D272BA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693376">
        <w:rPr>
          <w:rFonts w:ascii="Times New Roman" w:hAnsi="Times New Roman" w:cs="Times New Roman"/>
          <w:b/>
          <w:bCs/>
          <w:sz w:val="24"/>
          <w:szCs w:val="24"/>
          <w:lang w:val="pt-PT"/>
        </w:rPr>
        <w:t>Palavras-chave:</w:t>
      </w:r>
      <w:r w:rsidRPr="00693376">
        <w:rPr>
          <w:rFonts w:ascii="Times New Roman" w:hAnsi="Times New Roman" w:cs="Times New Roman"/>
          <w:sz w:val="24"/>
          <w:szCs w:val="24"/>
          <w:lang w:val="pt-PT"/>
        </w:rPr>
        <w:t xml:space="preserve"> (entre 3 e 5 palavras-chave).</w:t>
      </w:r>
    </w:p>
    <w:sectPr w:rsidR="00595A1D" w:rsidRPr="0069337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7C24" w14:textId="77777777" w:rsidR="007F0F15" w:rsidRDefault="007F0F15" w:rsidP="006D5BBD">
      <w:pPr>
        <w:spacing w:after="0" w:line="240" w:lineRule="auto"/>
      </w:pPr>
      <w:r>
        <w:separator/>
      </w:r>
    </w:p>
  </w:endnote>
  <w:endnote w:type="continuationSeparator" w:id="0">
    <w:p w14:paraId="29A9A257" w14:textId="77777777" w:rsidR="007F0F15" w:rsidRDefault="007F0F15" w:rsidP="006D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7F1AA" w14:textId="77777777" w:rsidR="004D59C0" w:rsidRDefault="004D59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69DB" w14:textId="77777777" w:rsidR="004D59C0" w:rsidRDefault="004D59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9011" w14:textId="77777777" w:rsidR="004D59C0" w:rsidRDefault="004D59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D001" w14:textId="77777777" w:rsidR="007F0F15" w:rsidRDefault="007F0F15" w:rsidP="006D5BBD">
      <w:pPr>
        <w:spacing w:after="0" w:line="240" w:lineRule="auto"/>
      </w:pPr>
      <w:bookmarkStart w:id="0" w:name="_Hlk212630221"/>
      <w:bookmarkEnd w:id="0"/>
      <w:r>
        <w:separator/>
      </w:r>
    </w:p>
  </w:footnote>
  <w:footnote w:type="continuationSeparator" w:id="0">
    <w:p w14:paraId="1A1F3E69" w14:textId="77777777" w:rsidR="007F0F15" w:rsidRDefault="007F0F15" w:rsidP="006D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3232" w14:textId="77777777" w:rsidR="004D59C0" w:rsidRDefault="004D59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B591E" w14:textId="77777777" w:rsidR="00693376" w:rsidRPr="00693376" w:rsidRDefault="005A2697" w:rsidP="00693376">
    <w:pPr>
      <w:pStyle w:val="Encabezado"/>
      <w:jc w:val="center"/>
      <w:rPr>
        <w:rFonts w:ascii="Times New Roman" w:hAnsi="Times New Roman" w:cs="Times New Roman"/>
        <w:b/>
        <w:bCs/>
        <w:sz w:val="24"/>
        <w:szCs w:val="24"/>
        <w:lang w:val="es-ES"/>
      </w:rPr>
    </w:pPr>
    <w:r w:rsidRPr="005A2697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065828B3" wp14:editId="4E2B2C2F">
          <wp:simplePos x="0" y="0"/>
          <wp:positionH relativeFrom="margin">
            <wp:posOffset>-1037250</wp:posOffset>
          </wp:positionH>
          <wp:positionV relativeFrom="paragraph">
            <wp:posOffset>-2540</wp:posOffset>
          </wp:positionV>
          <wp:extent cx="871855" cy="454660"/>
          <wp:effectExtent l="0" t="0" r="4445" b="2540"/>
          <wp:wrapSquare wrapText="bothSides"/>
          <wp:docPr id="297005081" name="Imagen 1" descr="Um desenho animado com letr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005081" name="Imagen 1" descr="Un dibujo animado con letra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454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2697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1824" behindDoc="1" locked="0" layoutInCell="1" allowOverlap="1" wp14:anchorId="1BFD223B" wp14:editId="571F66A1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760906" cy="1041991"/>
          <wp:effectExtent l="0" t="0" r="0" b="6350"/>
          <wp:wrapNone/>
          <wp:docPr id="5423310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073" cy="105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8AC" w:rsidRPr="00693376">
      <w:rPr>
        <w:rFonts w:ascii="Times New Roman" w:hAnsi="Times New Roman" w:cs="Times New Roman"/>
        <w:b/>
        <w:bCs/>
        <w:sz w:val="24"/>
        <w:szCs w:val="24"/>
        <w:lang w:val="es-ES"/>
      </w:rPr>
      <w:t xml:space="preserve">IV </w:t>
    </w:r>
    <w:r w:rsidR="00693376" w:rsidRPr="00693376">
      <w:rPr>
        <w:rFonts w:ascii="Times New Roman" w:hAnsi="Times New Roman" w:cs="Times New Roman"/>
        <w:b/>
        <w:bCs/>
        <w:sz w:val="24"/>
        <w:szCs w:val="24"/>
        <w:lang w:val="es-ES"/>
      </w:rPr>
      <w:t>CONGRESO INTERNACIONAL DE INNOVACIÓN Y TECNOLOGÍA EDUCATIVA EN EDUCACIÓN INFANTIL</w:t>
    </w:r>
  </w:p>
  <w:p w14:paraId="40AF4A51" w14:textId="0DD01C2F" w:rsidR="006D5BBD" w:rsidRPr="005A2697" w:rsidRDefault="00693376" w:rsidP="00693376">
    <w:pPr>
      <w:pStyle w:val="Encabezado"/>
      <w:jc w:val="center"/>
      <w:rPr>
        <w:rFonts w:ascii="Times New Roman" w:hAnsi="Times New Roman" w:cs="Times New Roman"/>
        <w:lang w:val="es-ES"/>
      </w:rPr>
    </w:pPr>
    <w:r w:rsidRPr="00693376">
      <w:rPr>
        <w:rFonts w:ascii="Times New Roman" w:hAnsi="Times New Roman" w:cs="Times New Roman"/>
        <w:b/>
        <w:bCs/>
        <w:sz w:val="24"/>
        <w:szCs w:val="24"/>
        <w:lang w:val="pt-PT"/>
      </w:rPr>
      <w:t>CITEI´2</w:t>
    </w:r>
    <w:r w:rsidR="00CD3CCB">
      <w:rPr>
        <w:rFonts w:ascii="Times New Roman" w:hAnsi="Times New Roman" w:cs="Times New Roman"/>
        <w:b/>
        <w:bCs/>
        <w:sz w:val="24"/>
        <w:szCs w:val="24"/>
        <w:lang w:val="pt-PT"/>
      </w:rPr>
      <w:t>026</w:t>
    </w:r>
    <w:r w:rsidRPr="00693376">
      <w:rPr>
        <w:rFonts w:ascii="Times New Roman" w:hAnsi="Times New Roman" w:cs="Times New Roman"/>
        <w:b/>
        <w:bCs/>
        <w:sz w:val="24"/>
        <w:szCs w:val="24"/>
        <w:lang w:val="pt-PT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75F6" w14:textId="77777777" w:rsidR="004D59C0" w:rsidRDefault="004D59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148215">
    <w:abstractNumId w:val="8"/>
  </w:num>
  <w:num w:numId="2" w16cid:durableId="550655561">
    <w:abstractNumId w:val="6"/>
  </w:num>
  <w:num w:numId="3" w16cid:durableId="1257637321">
    <w:abstractNumId w:val="5"/>
  </w:num>
  <w:num w:numId="4" w16cid:durableId="624434157">
    <w:abstractNumId w:val="4"/>
  </w:num>
  <w:num w:numId="5" w16cid:durableId="2042046270">
    <w:abstractNumId w:val="7"/>
  </w:num>
  <w:num w:numId="6" w16cid:durableId="1352339149">
    <w:abstractNumId w:val="3"/>
  </w:num>
  <w:num w:numId="7" w16cid:durableId="1653829632">
    <w:abstractNumId w:val="2"/>
  </w:num>
  <w:num w:numId="8" w16cid:durableId="559485595">
    <w:abstractNumId w:val="1"/>
  </w:num>
  <w:num w:numId="9" w16cid:durableId="58079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tyleGuidePreference" w:val="-1"/>
    <w:docVar w:name="TrinkaDocId" w:val="f8d5e397-d25e-4aaa-99d1-39f2ac4b2b9e"/>
  </w:docVars>
  <w:rsids>
    <w:rsidRoot w:val="00B47730"/>
    <w:rsid w:val="00034616"/>
    <w:rsid w:val="0006063C"/>
    <w:rsid w:val="00065E5B"/>
    <w:rsid w:val="000B02F5"/>
    <w:rsid w:val="0015074B"/>
    <w:rsid w:val="0018316F"/>
    <w:rsid w:val="001918A5"/>
    <w:rsid w:val="002070E3"/>
    <w:rsid w:val="002273EF"/>
    <w:rsid w:val="00235E4D"/>
    <w:rsid w:val="00281081"/>
    <w:rsid w:val="0028109A"/>
    <w:rsid w:val="0029639D"/>
    <w:rsid w:val="002C3181"/>
    <w:rsid w:val="00310608"/>
    <w:rsid w:val="00326F90"/>
    <w:rsid w:val="00366B9B"/>
    <w:rsid w:val="003B3E0A"/>
    <w:rsid w:val="00417734"/>
    <w:rsid w:val="00453411"/>
    <w:rsid w:val="00467030"/>
    <w:rsid w:val="004915CE"/>
    <w:rsid w:val="004C79D7"/>
    <w:rsid w:val="004D59C0"/>
    <w:rsid w:val="005349B6"/>
    <w:rsid w:val="00550EAF"/>
    <w:rsid w:val="00572CCE"/>
    <w:rsid w:val="00595A1D"/>
    <w:rsid w:val="005A2697"/>
    <w:rsid w:val="00655C2A"/>
    <w:rsid w:val="00656D6D"/>
    <w:rsid w:val="00693376"/>
    <w:rsid w:val="006D5BBD"/>
    <w:rsid w:val="007F0F15"/>
    <w:rsid w:val="008117B7"/>
    <w:rsid w:val="00943B47"/>
    <w:rsid w:val="00A01494"/>
    <w:rsid w:val="00A138AA"/>
    <w:rsid w:val="00AA1D8D"/>
    <w:rsid w:val="00B47730"/>
    <w:rsid w:val="00B53F92"/>
    <w:rsid w:val="00B84782"/>
    <w:rsid w:val="00BA25B5"/>
    <w:rsid w:val="00BD00A2"/>
    <w:rsid w:val="00C663C7"/>
    <w:rsid w:val="00C72AD6"/>
    <w:rsid w:val="00C87543"/>
    <w:rsid w:val="00CA3D12"/>
    <w:rsid w:val="00CB0664"/>
    <w:rsid w:val="00CD3CCB"/>
    <w:rsid w:val="00CD5C25"/>
    <w:rsid w:val="00D107F1"/>
    <w:rsid w:val="00D272BA"/>
    <w:rsid w:val="00D467B1"/>
    <w:rsid w:val="00D6414B"/>
    <w:rsid w:val="00E57E38"/>
    <w:rsid w:val="00E6054F"/>
    <w:rsid w:val="00ED32D5"/>
    <w:rsid w:val="00ED7E9F"/>
    <w:rsid w:val="00F038AC"/>
    <w:rsid w:val="00F51A3D"/>
    <w:rsid w:val="00FC693F"/>
    <w:rsid w:val="00FD26E1"/>
    <w:rsid w:val="00FD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C72DF"/>
  <w14:defaultImageDpi w14:val="300"/>
  <w15:docId w15:val="{9D1947CC-622A-4EDE-A11A-CB641026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5349B6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933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151</Words>
  <Characters>896</Characters>
  <Application>Microsoft Office Word</Application>
  <DocSecurity>0</DocSecurity>
  <Lines>29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Gerado por Python-docx</dc:description>
  <cp:lastModifiedBy>ANTONIO LEON GARRIDO</cp:lastModifiedBy>
  <cp:revision>2</cp:revision>
  <dcterms:created xsi:type="dcterms:W3CDTF">2013-12-23T23:15:00Z</dcterms:created>
  <dcterms:modified xsi:type="dcterms:W3CDTF">2025-11-03T16:54:00Z</dcterms:modified>
  <cp:category/>
</cp:coreProperties>
</file>